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83C64" w14:textId="0CDA78CA" w:rsidR="00CA5499" w:rsidRPr="00FE0F6C" w:rsidRDefault="006122FC" w:rsidP="006122FC">
      <w:pPr>
        <w:pStyle w:val="Titre1"/>
        <w:jc w:val="center"/>
        <w:rPr>
          <w:rFonts w:cstheme="majorHAnsi"/>
          <w:sz w:val="32"/>
          <w:szCs w:val="32"/>
        </w:rPr>
      </w:pPr>
      <w:r w:rsidRPr="00FE0F6C">
        <w:rPr>
          <w:rFonts w:cstheme="majorHAnsi"/>
          <w:sz w:val="32"/>
          <w:szCs w:val="32"/>
        </w:rPr>
        <w:t>ACCUEIL DU PUBLIC EN SITUATION DE HANDICAP</w:t>
      </w:r>
    </w:p>
    <w:p w14:paraId="6DAA95C3" w14:textId="77777777" w:rsidR="006122FC" w:rsidRPr="00FE0F6C" w:rsidRDefault="006122FC" w:rsidP="006122FC">
      <w:pPr>
        <w:rPr>
          <w:rFonts w:asciiTheme="majorHAnsi" w:hAnsiTheme="majorHAnsi" w:cstheme="majorHAnsi"/>
          <w:sz w:val="20"/>
          <w:szCs w:val="20"/>
        </w:rPr>
      </w:pPr>
    </w:p>
    <w:p w14:paraId="75F86CAE" w14:textId="77777777" w:rsidR="006122FC" w:rsidRPr="00FE0F6C" w:rsidRDefault="00D04B27" w:rsidP="006122FC">
      <w:pPr>
        <w:jc w:val="both"/>
        <w:rPr>
          <w:rFonts w:asciiTheme="majorHAnsi" w:hAnsiTheme="majorHAnsi" w:cstheme="majorHAnsi"/>
        </w:rPr>
      </w:pPr>
      <w:r w:rsidRPr="00FE0F6C">
        <w:rPr>
          <w:rFonts w:asciiTheme="majorHAnsi" w:hAnsiTheme="majorHAnsi" w:cstheme="majorHAnsi"/>
        </w:rPr>
        <w:t xml:space="preserve">INFORMETOI met tout </w:t>
      </w:r>
      <w:proofErr w:type="spellStart"/>
      <w:r w:rsidRPr="00FE0F6C">
        <w:rPr>
          <w:rFonts w:asciiTheme="majorHAnsi" w:hAnsiTheme="majorHAnsi" w:cstheme="majorHAnsi"/>
        </w:rPr>
        <w:t>en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œuvre</w:t>
      </w:r>
      <w:proofErr w:type="spellEnd"/>
      <w:r w:rsidRPr="00FE0F6C">
        <w:rPr>
          <w:rFonts w:asciiTheme="majorHAnsi" w:hAnsiTheme="majorHAnsi" w:cstheme="majorHAnsi"/>
        </w:rPr>
        <w:t xml:space="preserve"> pour </w:t>
      </w:r>
      <w:proofErr w:type="spellStart"/>
      <w:r w:rsidRPr="00FE0F6C">
        <w:rPr>
          <w:rFonts w:asciiTheme="majorHAnsi" w:hAnsiTheme="majorHAnsi" w:cstheme="majorHAnsi"/>
        </w:rPr>
        <w:t>accueillir</w:t>
      </w:r>
      <w:proofErr w:type="spellEnd"/>
      <w:r w:rsidRPr="00FE0F6C">
        <w:rPr>
          <w:rFonts w:asciiTheme="majorHAnsi" w:hAnsiTheme="majorHAnsi" w:cstheme="majorHAnsi"/>
        </w:rPr>
        <w:t xml:space="preserve"> et </w:t>
      </w:r>
      <w:proofErr w:type="spellStart"/>
      <w:r w:rsidRPr="00FE0F6C">
        <w:rPr>
          <w:rFonts w:asciiTheme="majorHAnsi" w:hAnsiTheme="majorHAnsi" w:cstheme="majorHAnsi"/>
        </w:rPr>
        <w:t>accompagner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chaque</w:t>
      </w:r>
      <w:proofErr w:type="spellEnd"/>
      <w:r w:rsidRPr="00FE0F6C">
        <w:rPr>
          <w:rFonts w:asciiTheme="majorHAnsi" w:hAnsiTheme="majorHAnsi" w:cstheme="majorHAnsi"/>
        </w:rPr>
        <w:t xml:space="preserve"> participant dans les </w:t>
      </w:r>
      <w:proofErr w:type="spellStart"/>
      <w:r w:rsidRPr="00FE0F6C">
        <w:rPr>
          <w:rFonts w:asciiTheme="majorHAnsi" w:hAnsiTheme="majorHAnsi" w:cstheme="majorHAnsi"/>
        </w:rPr>
        <w:t>meilleures</w:t>
      </w:r>
      <w:proofErr w:type="spellEnd"/>
      <w:r w:rsidRPr="00FE0F6C">
        <w:rPr>
          <w:rFonts w:asciiTheme="majorHAnsi" w:hAnsiTheme="majorHAnsi" w:cstheme="majorHAnsi"/>
        </w:rPr>
        <w:t xml:space="preserve"> conditions </w:t>
      </w:r>
      <w:proofErr w:type="spellStart"/>
      <w:r w:rsidRPr="00FE0F6C">
        <w:rPr>
          <w:rFonts w:asciiTheme="majorHAnsi" w:hAnsiTheme="majorHAnsi" w:cstheme="majorHAnsi"/>
        </w:rPr>
        <w:t>d’apprentissage</w:t>
      </w:r>
      <w:proofErr w:type="spellEnd"/>
      <w:r w:rsidRPr="00FE0F6C">
        <w:rPr>
          <w:rFonts w:asciiTheme="majorHAnsi" w:hAnsiTheme="majorHAnsi" w:cstheme="majorHAnsi"/>
        </w:rPr>
        <w:t xml:space="preserve">. Nos </w:t>
      </w:r>
      <w:proofErr w:type="spellStart"/>
      <w:r w:rsidRPr="00FE0F6C">
        <w:rPr>
          <w:rFonts w:asciiTheme="majorHAnsi" w:hAnsiTheme="majorHAnsi" w:cstheme="majorHAnsi"/>
        </w:rPr>
        <w:t>formateurs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sont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sensibilisés</w:t>
      </w:r>
      <w:proofErr w:type="spellEnd"/>
      <w:r w:rsidRPr="00FE0F6C">
        <w:rPr>
          <w:rFonts w:asciiTheme="majorHAnsi" w:hAnsiTheme="majorHAnsi" w:cstheme="majorHAnsi"/>
        </w:rPr>
        <w:t xml:space="preserve"> à </w:t>
      </w:r>
      <w:proofErr w:type="spellStart"/>
      <w:r w:rsidRPr="00FE0F6C">
        <w:rPr>
          <w:rFonts w:asciiTheme="majorHAnsi" w:hAnsiTheme="majorHAnsi" w:cstheme="majorHAnsi"/>
        </w:rPr>
        <w:t>l’accompagnement</w:t>
      </w:r>
      <w:proofErr w:type="spellEnd"/>
      <w:r w:rsidRPr="00FE0F6C">
        <w:rPr>
          <w:rFonts w:asciiTheme="majorHAnsi" w:hAnsiTheme="majorHAnsi" w:cstheme="majorHAnsi"/>
        </w:rPr>
        <w:t xml:space="preserve"> des </w:t>
      </w:r>
      <w:proofErr w:type="spellStart"/>
      <w:r w:rsidRPr="00FE0F6C">
        <w:rPr>
          <w:rFonts w:asciiTheme="majorHAnsi" w:hAnsiTheme="majorHAnsi" w:cstheme="majorHAnsi"/>
        </w:rPr>
        <w:t>personnes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en</w:t>
      </w:r>
      <w:proofErr w:type="spellEnd"/>
      <w:r w:rsidRPr="00FE0F6C">
        <w:rPr>
          <w:rFonts w:asciiTheme="majorHAnsi" w:hAnsiTheme="majorHAnsi" w:cstheme="majorHAnsi"/>
        </w:rPr>
        <w:t xml:space="preserve"> situation de handicap et </w:t>
      </w:r>
      <w:proofErr w:type="spellStart"/>
      <w:r w:rsidRPr="00FE0F6C">
        <w:rPr>
          <w:rFonts w:asciiTheme="majorHAnsi" w:hAnsiTheme="majorHAnsi" w:cstheme="majorHAnsi"/>
        </w:rPr>
        <w:t>veillent</w:t>
      </w:r>
      <w:proofErr w:type="spellEnd"/>
      <w:r w:rsidRPr="00FE0F6C">
        <w:rPr>
          <w:rFonts w:asciiTheme="majorHAnsi" w:hAnsiTheme="majorHAnsi" w:cstheme="majorHAnsi"/>
        </w:rPr>
        <w:t xml:space="preserve"> à </w:t>
      </w:r>
      <w:proofErr w:type="spellStart"/>
      <w:r w:rsidRPr="00FE0F6C">
        <w:rPr>
          <w:rFonts w:asciiTheme="majorHAnsi" w:hAnsiTheme="majorHAnsi" w:cstheme="majorHAnsi"/>
        </w:rPr>
        <w:t>favoriser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l’accessibilité</w:t>
      </w:r>
      <w:proofErr w:type="spellEnd"/>
      <w:r w:rsidRPr="00FE0F6C">
        <w:rPr>
          <w:rFonts w:asciiTheme="majorHAnsi" w:hAnsiTheme="majorHAnsi" w:cstheme="majorHAnsi"/>
        </w:rPr>
        <w:t xml:space="preserve"> des </w:t>
      </w:r>
      <w:proofErr w:type="spellStart"/>
      <w:r w:rsidRPr="00FE0F6C">
        <w:rPr>
          <w:rFonts w:asciiTheme="majorHAnsi" w:hAnsiTheme="majorHAnsi" w:cstheme="majorHAnsi"/>
        </w:rPr>
        <w:t>contenus</w:t>
      </w:r>
      <w:proofErr w:type="spellEnd"/>
      <w:r w:rsidRPr="00FE0F6C">
        <w:rPr>
          <w:rFonts w:asciiTheme="majorHAnsi" w:hAnsiTheme="majorHAnsi" w:cstheme="majorHAnsi"/>
        </w:rPr>
        <w:t xml:space="preserve">, des </w:t>
      </w:r>
      <w:proofErr w:type="spellStart"/>
      <w:r w:rsidRPr="00FE0F6C">
        <w:rPr>
          <w:rFonts w:asciiTheme="majorHAnsi" w:hAnsiTheme="majorHAnsi" w:cstheme="majorHAnsi"/>
        </w:rPr>
        <w:t>activités</w:t>
      </w:r>
      <w:proofErr w:type="spellEnd"/>
      <w:r w:rsidRPr="00FE0F6C">
        <w:rPr>
          <w:rFonts w:asciiTheme="majorHAnsi" w:hAnsiTheme="majorHAnsi" w:cstheme="majorHAnsi"/>
        </w:rPr>
        <w:t xml:space="preserve"> et des </w:t>
      </w:r>
      <w:proofErr w:type="spellStart"/>
      <w:r w:rsidRPr="00FE0F6C">
        <w:rPr>
          <w:rFonts w:asciiTheme="majorHAnsi" w:hAnsiTheme="majorHAnsi" w:cstheme="majorHAnsi"/>
        </w:rPr>
        <w:t>échanges</w:t>
      </w:r>
      <w:proofErr w:type="spellEnd"/>
      <w:r w:rsidRPr="00FE0F6C">
        <w:rPr>
          <w:rFonts w:asciiTheme="majorHAnsi" w:hAnsiTheme="majorHAnsi" w:cstheme="majorHAnsi"/>
        </w:rPr>
        <w:t xml:space="preserve"> tout au long du </w:t>
      </w:r>
      <w:proofErr w:type="spellStart"/>
      <w:r w:rsidRPr="00FE0F6C">
        <w:rPr>
          <w:rFonts w:asciiTheme="majorHAnsi" w:hAnsiTheme="majorHAnsi" w:cstheme="majorHAnsi"/>
        </w:rPr>
        <w:t>parcours</w:t>
      </w:r>
      <w:proofErr w:type="spellEnd"/>
      <w:r w:rsidRPr="00FE0F6C">
        <w:rPr>
          <w:rFonts w:asciiTheme="majorHAnsi" w:hAnsiTheme="majorHAnsi" w:cstheme="majorHAnsi"/>
        </w:rPr>
        <w:t xml:space="preserve"> de formation.</w:t>
      </w:r>
      <w:r w:rsidRPr="00FE0F6C">
        <w:rPr>
          <w:rFonts w:asciiTheme="majorHAnsi" w:hAnsiTheme="majorHAnsi" w:cstheme="majorHAnsi"/>
        </w:rPr>
        <w:br/>
      </w:r>
      <w:r w:rsidRPr="00FE0F6C">
        <w:rPr>
          <w:rFonts w:asciiTheme="majorHAnsi" w:hAnsiTheme="majorHAnsi" w:cstheme="majorHAnsi"/>
        </w:rPr>
        <w:br/>
      </w:r>
      <w:r w:rsidRPr="00FE0F6C">
        <w:rPr>
          <w:rFonts w:asciiTheme="majorHAnsi" w:hAnsiTheme="majorHAnsi" w:cstheme="majorHAnsi"/>
          <w:b/>
          <w:bCs/>
          <w:u w:val="single"/>
        </w:rPr>
        <w:t>Avant la formation</w:t>
      </w:r>
    </w:p>
    <w:p w14:paraId="0DEDA5AF" w14:textId="77777777" w:rsidR="006122FC" w:rsidRPr="00FE0F6C" w:rsidRDefault="00D04B27" w:rsidP="006122FC">
      <w:pPr>
        <w:pStyle w:val="Paragraphedeliste"/>
        <w:numPr>
          <w:ilvl w:val="0"/>
          <w:numId w:val="10"/>
        </w:numPr>
        <w:rPr>
          <w:rFonts w:asciiTheme="majorHAnsi" w:hAnsiTheme="majorHAnsi" w:cstheme="majorHAnsi"/>
        </w:rPr>
      </w:pPr>
      <w:r w:rsidRPr="00FE0F6C">
        <w:rPr>
          <w:rFonts w:asciiTheme="majorHAnsi" w:hAnsiTheme="majorHAnsi" w:cstheme="majorHAnsi"/>
        </w:rPr>
        <w:t xml:space="preserve">Si </w:t>
      </w:r>
      <w:proofErr w:type="spellStart"/>
      <w:r w:rsidRPr="00FE0F6C">
        <w:rPr>
          <w:rFonts w:asciiTheme="majorHAnsi" w:hAnsiTheme="majorHAnsi" w:cstheme="majorHAnsi"/>
        </w:rPr>
        <w:t>vous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avez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besoin</w:t>
      </w:r>
      <w:proofErr w:type="spellEnd"/>
      <w:r w:rsidRPr="00FE0F6C">
        <w:rPr>
          <w:rFonts w:asciiTheme="majorHAnsi" w:hAnsiTheme="majorHAnsi" w:cstheme="majorHAnsi"/>
        </w:rPr>
        <w:t xml:space="preserve"> d’un </w:t>
      </w:r>
      <w:proofErr w:type="spellStart"/>
      <w:r w:rsidRPr="00FE0F6C">
        <w:rPr>
          <w:rFonts w:asciiTheme="majorHAnsi" w:hAnsiTheme="majorHAnsi" w:cstheme="majorHAnsi"/>
        </w:rPr>
        <w:t>accompagnement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spécifique</w:t>
      </w:r>
      <w:proofErr w:type="spellEnd"/>
      <w:r w:rsidRPr="00FE0F6C">
        <w:rPr>
          <w:rFonts w:asciiTheme="majorHAnsi" w:hAnsiTheme="majorHAnsi" w:cstheme="majorHAnsi"/>
        </w:rPr>
        <w:t xml:space="preserve">, merci de </w:t>
      </w:r>
      <w:proofErr w:type="spellStart"/>
      <w:r w:rsidRPr="00FE0F6C">
        <w:rPr>
          <w:rFonts w:asciiTheme="majorHAnsi" w:hAnsiTheme="majorHAnsi" w:cstheme="majorHAnsi"/>
        </w:rPr>
        <w:t>compléter</w:t>
      </w:r>
      <w:proofErr w:type="spellEnd"/>
      <w:r w:rsidRPr="00FE0F6C">
        <w:rPr>
          <w:rFonts w:asciiTheme="majorHAnsi" w:hAnsiTheme="majorHAnsi" w:cstheme="majorHAnsi"/>
        </w:rPr>
        <w:t xml:space="preserve"> le questionnaire ci-dessous et de le </w:t>
      </w:r>
      <w:proofErr w:type="spellStart"/>
      <w:r w:rsidRPr="00FE0F6C">
        <w:rPr>
          <w:rFonts w:asciiTheme="majorHAnsi" w:hAnsiTheme="majorHAnsi" w:cstheme="majorHAnsi"/>
        </w:rPr>
        <w:t>transmettre</w:t>
      </w:r>
      <w:proofErr w:type="spellEnd"/>
      <w:r w:rsidRPr="00FE0F6C">
        <w:rPr>
          <w:rFonts w:asciiTheme="majorHAnsi" w:hAnsiTheme="majorHAnsi" w:cstheme="majorHAnsi"/>
        </w:rPr>
        <w:t xml:space="preserve"> au </w:t>
      </w:r>
      <w:proofErr w:type="spellStart"/>
      <w:r w:rsidRPr="00FE0F6C">
        <w:rPr>
          <w:rFonts w:asciiTheme="majorHAnsi" w:hAnsiTheme="majorHAnsi" w:cstheme="majorHAnsi"/>
        </w:rPr>
        <w:t>référent</w:t>
      </w:r>
      <w:proofErr w:type="spellEnd"/>
      <w:r w:rsidRPr="00FE0F6C">
        <w:rPr>
          <w:rFonts w:asciiTheme="majorHAnsi" w:hAnsiTheme="majorHAnsi" w:cstheme="majorHAnsi"/>
        </w:rPr>
        <w:t xml:space="preserve"> handicap INFORMETOI.</w:t>
      </w:r>
    </w:p>
    <w:p w14:paraId="06D6863F" w14:textId="77777777" w:rsidR="006122FC" w:rsidRPr="00FE0F6C" w:rsidRDefault="00D04B27" w:rsidP="006122FC">
      <w:pPr>
        <w:pStyle w:val="Paragraphedeliste"/>
        <w:numPr>
          <w:ilvl w:val="0"/>
          <w:numId w:val="10"/>
        </w:numPr>
        <w:rPr>
          <w:rFonts w:asciiTheme="majorHAnsi" w:hAnsiTheme="majorHAnsi" w:cstheme="majorHAnsi"/>
        </w:rPr>
      </w:pPr>
      <w:r w:rsidRPr="00FE0F6C">
        <w:rPr>
          <w:rFonts w:asciiTheme="majorHAnsi" w:hAnsiTheme="majorHAnsi" w:cstheme="majorHAnsi"/>
        </w:rPr>
        <w:t xml:space="preserve">À </w:t>
      </w:r>
      <w:proofErr w:type="spellStart"/>
      <w:r w:rsidRPr="00FE0F6C">
        <w:rPr>
          <w:rFonts w:asciiTheme="majorHAnsi" w:hAnsiTheme="majorHAnsi" w:cstheme="majorHAnsi"/>
        </w:rPr>
        <w:t>réception</w:t>
      </w:r>
      <w:proofErr w:type="spellEnd"/>
      <w:r w:rsidRPr="00FE0F6C">
        <w:rPr>
          <w:rFonts w:asciiTheme="majorHAnsi" w:hAnsiTheme="majorHAnsi" w:cstheme="majorHAnsi"/>
        </w:rPr>
        <w:t xml:space="preserve"> de </w:t>
      </w:r>
      <w:proofErr w:type="spellStart"/>
      <w:r w:rsidRPr="00FE0F6C">
        <w:rPr>
          <w:rFonts w:asciiTheme="majorHAnsi" w:hAnsiTheme="majorHAnsi" w:cstheme="majorHAnsi"/>
        </w:rPr>
        <w:t>votre</w:t>
      </w:r>
      <w:proofErr w:type="spellEnd"/>
      <w:r w:rsidRPr="00FE0F6C">
        <w:rPr>
          <w:rFonts w:asciiTheme="majorHAnsi" w:hAnsiTheme="majorHAnsi" w:cstheme="majorHAnsi"/>
        </w:rPr>
        <w:t xml:space="preserve"> questionnaire, le </w:t>
      </w:r>
      <w:proofErr w:type="spellStart"/>
      <w:r w:rsidRPr="00FE0F6C">
        <w:rPr>
          <w:rFonts w:asciiTheme="majorHAnsi" w:hAnsiTheme="majorHAnsi" w:cstheme="majorHAnsi"/>
        </w:rPr>
        <w:t>référent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prendra</w:t>
      </w:r>
      <w:proofErr w:type="spellEnd"/>
      <w:r w:rsidRPr="00FE0F6C">
        <w:rPr>
          <w:rFonts w:asciiTheme="majorHAnsi" w:hAnsiTheme="majorHAnsi" w:cstheme="majorHAnsi"/>
        </w:rPr>
        <w:t xml:space="preserve"> contact avec </w:t>
      </w:r>
      <w:proofErr w:type="spellStart"/>
      <w:r w:rsidRPr="00FE0F6C">
        <w:rPr>
          <w:rFonts w:asciiTheme="majorHAnsi" w:hAnsiTheme="majorHAnsi" w:cstheme="majorHAnsi"/>
        </w:rPr>
        <w:t>vous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afin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d’échanger</w:t>
      </w:r>
      <w:proofErr w:type="spellEnd"/>
      <w:r w:rsidRPr="00FE0F6C">
        <w:rPr>
          <w:rFonts w:asciiTheme="majorHAnsi" w:hAnsiTheme="majorHAnsi" w:cstheme="majorHAnsi"/>
        </w:rPr>
        <w:t xml:space="preserve"> sur </w:t>
      </w:r>
      <w:proofErr w:type="spellStart"/>
      <w:r w:rsidRPr="00FE0F6C">
        <w:rPr>
          <w:rFonts w:asciiTheme="majorHAnsi" w:hAnsiTheme="majorHAnsi" w:cstheme="majorHAnsi"/>
        </w:rPr>
        <w:t>vos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besoins</w:t>
      </w:r>
      <w:proofErr w:type="spellEnd"/>
      <w:r w:rsidRPr="00FE0F6C">
        <w:rPr>
          <w:rFonts w:asciiTheme="majorHAnsi" w:hAnsiTheme="majorHAnsi" w:cstheme="majorHAnsi"/>
        </w:rPr>
        <w:t xml:space="preserve"> et </w:t>
      </w:r>
      <w:proofErr w:type="spellStart"/>
      <w:r w:rsidRPr="00FE0F6C">
        <w:rPr>
          <w:rFonts w:asciiTheme="majorHAnsi" w:hAnsiTheme="majorHAnsi" w:cstheme="majorHAnsi"/>
        </w:rPr>
        <w:t>d’envisager</w:t>
      </w:r>
      <w:proofErr w:type="spellEnd"/>
      <w:r w:rsidRPr="00FE0F6C">
        <w:rPr>
          <w:rFonts w:asciiTheme="majorHAnsi" w:hAnsiTheme="majorHAnsi" w:cstheme="majorHAnsi"/>
        </w:rPr>
        <w:t xml:space="preserve">, </w:t>
      </w:r>
      <w:proofErr w:type="spellStart"/>
      <w:r w:rsidRPr="00FE0F6C">
        <w:rPr>
          <w:rFonts w:asciiTheme="majorHAnsi" w:hAnsiTheme="majorHAnsi" w:cstheme="majorHAnsi"/>
        </w:rPr>
        <w:t>en</w:t>
      </w:r>
      <w:proofErr w:type="spellEnd"/>
      <w:r w:rsidRPr="00FE0F6C">
        <w:rPr>
          <w:rFonts w:asciiTheme="majorHAnsi" w:hAnsiTheme="majorHAnsi" w:cstheme="majorHAnsi"/>
        </w:rPr>
        <w:t xml:space="preserve"> lien avec </w:t>
      </w:r>
      <w:proofErr w:type="spellStart"/>
      <w:r w:rsidRPr="00FE0F6C">
        <w:rPr>
          <w:rFonts w:asciiTheme="majorHAnsi" w:hAnsiTheme="majorHAnsi" w:cstheme="majorHAnsi"/>
        </w:rPr>
        <w:t>nos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partenaires</w:t>
      </w:r>
      <w:proofErr w:type="spellEnd"/>
      <w:r w:rsidRPr="00FE0F6C">
        <w:rPr>
          <w:rFonts w:asciiTheme="majorHAnsi" w:hAnsiTheme="majorHAnsi" w:cstheme="majorHAnsi"/>
        </w:rPr>
        <w:t xml:space="preserve"> (AGEFIPH, </w:t>
      </w:r>
      <w:proofErr w:type="spellStart"/>
      <w:r w:rsidRPr="00FE0F6C">
        <w:rPr>
          <w:rFonts w:asciiTheme="majorHAnsi" w:hAnsiTheme="majorHAnsi" w:cstheme="majorHAnsi"/>
        </w:rPr>
        <w:t>Ressource</w:t>
      </w:r>
      <w:proofErr w:type="spellEnd"/>
      <w:r w:rsidRPr="00FE0F6C">
        <w:rPr>
          <w:rFonts w:asciiTheme="majorHAnsi" w:hAnsiTheme="majorHAnsi" w:cstheme="majorHAnsi"/>
        </w:rPr>
        <w:t xml:space="preserve"> Handicap Formation, etc.), les </w:t>
      </w:r>
      <w:proofErr w:type="spellStart"/>
      <w:r w:rsidRPr="00FE0F6C">
        <w:rPr>
          <w:rFonts w:asciiTheme="majorHAnsi" w:hAnsiTheme="majorHAnsi" w:cstheme="majorHAnsi"/>
        </w:rPr>
        <w:t>aménagements</w:t>
      </w:r>
      <w:proofErr w:type="spellEnd"/>
      <w:r w:rsidRPr="00FE0F6C">
        <w:rPr>
          <w:rFonts w:asciiTheme="majorHAnsi" w:hAnsiTheme="majorHAnsi" w:cstheme="majorHAnsi"/>
        </w:rPr>
        <w:t xml:space="preserve"> les plus </w:t>
      </w:r>
      <w:proofErr w:type="spellStart"/>
      <w:r w:rsidRPr="00FE0F6C">
        <w:rPr>
          <w:rFonts w:asciiTheme="majorHAnsi" w:hAnsiTheme="majorHAnsi" w:cstheme="majorHAnsi"/>
        </w:rPr>
        <w:t>adaptés</w:t>
      </w:r>
      <w:proofErr w:type="spellEnd"/>
      <w:r w:rsidRPr="00FE0F6C">
        <w:rPr>
          <w:rFonts w:asciiTheme="majorHAnsi" w:hAnsiTheme="majorHAnsi" w:cstheme="majorHAnsi"/>
        </w:rPr>
        <w:t>.</w:t>
      </w:r>
    </w:p>
    <w:p w14:paraId="378E5425" w14:textId="30FB32E4" w:rsidR="006122FC" w:rsidRPr="00FE0F6C" w:rsidRDefault="00D04B27" w:rsidP="006122FC">
      <w:pPr>
        <w:pStyle w:val="Paragraphedeliste"/>
        <w:numPr>
          <w:ilvl w:val="0"/>
          <w:numId w:val="10"/>
        </w:numPr>
        <w:rPr>
          <w:rFonts w:asciiTheme="majorHAnsi" w:hAnsiTheme="majorHAnsi" w:cstheme="majorHAnsi"/>
        </w:rPr>
      </w:pPr>
      <w:r w:rsidRPr="00FE0F6C">
        <w:rPr>
          <w:rFonts w:asciiTheme="majorHAnsi" w:hAnsiTheme="majorHAnsi" w:cstheme="majorHAnsi"/>
        </w:rPr>
        <w:t xml:space="preserve">Si </w:t>
      </w:r>
      <w:proofErr w:type="spellStart"/>
      <w:r w:rsidRPr="00FE0F6C">
        <w:rPr>
          <w:rFonts w:asciiTheme="majorHAnsi" w:hAnsiTheme="majorHAnsi" w:cstheme="majorHAnsi"/>
        </w:rPr>
        <w:t>nécessaire</w:t>
      </w:r>
      <w:proofErr w:type="spellEnd"/>
      <w:r w:rsidRPr="00FE0F6C">
        <w:rPr>
          <w:rFonts w:asciiTheme="majorHAnsi" w:hAnsiTheme="majorHAnsi" w:cstheme="majorHAnsi"/>
        </w:rPr>
        <w:t xml:space="preserve">, </w:t>
      </w:r>
      <w:proofErr w:type="spellStart"/>
      <w:r w:rsidRPr="00FE0F6C">
        <w:rPr>
          <w:rFonts w:asciiTheme="majorHAnsi" w:hAnsiTheme="majorHAnsi" w:cstheme="majorHAnsi"/>
        </w:rPr>
        <w:t>vous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pouvez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également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="006122FC" w:rsidRPr="00FE0F6C">
        <w:rPr>
          <w:rFonts w:asciiTheme="majorHAnsi" w:hAnsiTheme="majorHAnsi" w:cstheme="majorHAnsi"/>
        </w:rPr>
        <w:t>contacter</w:t>
      </w:r>
      <w:proofErr w:type="spellEnd"/>
      <w:r w:rsidR="006122FC" w:rsidRPr="00FE0F6C">
        <w:rPr>
          <w:rFonts w:asciiTheme="majorHAnsi" w:hAnsiTheme="majorHAnsi" w:cstheme="majorHAnsi"/>
        </w:rPr>
        <w:t xml:space="preserve"> </w:t>
      </w:r>
      <w:proofErr w:type="spellStart"/>
      <w:r w:rsidR="006122FC" w:rsidRPr="00FE0F6C">
        <w:rPr>
          <w:rFonts w:asciiTheme="majorHAnsi" w:hAnsiTheme="majorHAnsi" w:cstheme="majorHAnsi"/>
        </w:rPr>
        <w:t>notre</w:t>
      </w:r>
      <w:proofErr w:type="spellEnd"/>
      <w:r w:rsidR="006122FC" w:rsidRPr="00FE0F6C">
        <w:rPr>
          <w:rFonts w:asciiTheme="majorHAnsi" w:hAnsiTheme="majorHAnsi" w:cstheme="majorHAnsi"/>
        </w:rPr>
        <w:t xml:space="preserve"> referent handicap au 06.42.96.31.13 &amp; sur </w:t>
      </w:r>
      <w:hyperlink r:id="rId8" w:history="1">
        <w:r w:rsidR="006122FC" w:rsidRPr="00FE0F6C">
          <w:rPr>
            <w:rStyle w:val="Lienhypertexte"/>
            <w:rFonts w:asciiTheme="majorHAnsi" w:hAnsiTheme="majorHAnsi" w:cstheme="majorHAnsi"/>
          </w:rPr>
          <w:t>contact.informetoi@gmail.com</w:t>
        </w:r>
      </w:hyperlink>
      <w:r w:rsidRPr="00FE0F6C">
        <w:rPr>
          <w:rFonts w:asciiTheme="majorHAnsi" w:hAnsiTheme="majorHAnsi" w:cstheme="majorHAnsi"/>
        </w:rPr>
        <w:t>.</w:t>
      </w:r>
    </w:p>
    <w:p w14:paraId="2EDF38AB" w14:textId="2D5E07B1" w:rsidR="006122FC" w:rsidRPr="00FE0F6C" w:rsidRDefault="00D04B27" w:rsidP="006122FC">
      <w:pPr>
        <w:pStyle w:val="Paragraphedeliste"/>
        <w:numPr>
          <w:ilvl w:val="0"/>
          <w:numId w:val="10"/>
        </w:numPr>
        <w:rPr>
          <w:rFonts w:asciiTheme="majorHAnsi" w:hAnsiTheme="majorHAnsi" w:cstheme="majorHAnsi"/>
        </w:rPr>
      </w:pPr>
      <w:r w:rsidRPr="00FE0F6C">
        <w:rPr>
          <w:rFonts w:asciiTheme="majorHAnsi" w:hAnsiTheme="majorHAnsi" w:cstheme="majorHAnsi"/>
        </w:rPr>
        <w:t xml:space="preserve">Sur </w:t>
      </w:r>
      <w:proofErr w:type="spellStart"/>
      <w:r w:rsidRPr="00FE0F6C">
        <w:rPr>
          <w:rFonts w:asciiTheme="majorHAnsi" w:hAnsiTheme="majorHAnsi" w:cstheme="majorHAnsi"/>
        </w:rPr>
        <w:t>demande</w:t>
      </w:r>
      <w:proofErr w:type="spellEnd"/>
      <w:r w:rsidRPr="00FE0F6C">
        <w:rPr>
          <w:rFonts w:asciiTheme="majorHAnsi" w:hAnsiTheme="majorHAnsi" w:cstheme="majorHAnsi"/>
        </w:rPr>
        <w:t xml:space="preserve">, les supports </w:t>
      </w:r>
      <w:proofErr w:type="spellStart"/>
      <w:r w:rsidRPr="00FE0F6C">
        <w:rPr>
          <w:rFonts w:asciiTheme="majorHAnsi" w:hAnsiTheme="majorHAnsi" w:cstheme="majorHAnsi"/>
        </w:rPr>
        <w:t>pédagogiques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peuvent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vous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être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envoyés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en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amont</w:t>
      </w:r>
      <w:proofErr w:type="spellEnd"/>
      <w:r w:rsidRPr="00FE0F6C">
        <w:rPr>
          <w:rFonts w:asciiTheme="majorHAnsi" w:hAnsiTheme="majorHAnsi" w:cstheme="majorHAnsi"/>
        </w:rPr>
        <w:t xml:space="preserve"> de la formation.</w:t>
      </w:r>
      <w:r w:rsidR="005E653B" w:rsidRPr="00FE0F6C">
        <w:rPr>
          <w:rFonts w:asciiTheme="majorHAnsi" w:hAnsiTheme="majorHAnsi" w:cstheme="majorHAnsi"/>
        </w:rPr>
        <w:t xml:space="preserve"> </w:t>
      </w:r>
      <w:r w:rsidRPr="00FE0F6C">
        <w:rPr>
          <w:rFonts w:asciiTheme="majorHAnsi" w:hAnsiTheme="majorHAnsi" w:cstheme="majorHAnsi"/>
        </w:rPr>
        <w:t xml:space="preserve">Un point sera </w:t>
      </w:r>
      <w:proofErr w:type="spellStart"/>
      <w:r w:rsidRPr="00FE0F6C">
        <w:rPr>
          <w:rFonts w:asciiTheme="majorHAnsi" w:hAnsiTheme="majorHAnsi" w:cstheme="majorHAnsi"/>
        </w:rPr>
        <w:t>réalisé</w:t>
      </w:r>
      <w:proofErr w:type="spellEnd"/>
      <w:r w:rsidRPr="00FE0F6C">
        <w:rPr>
          <w:rFonts w:asciiTheme="majorHAnsi" w:hAnsiTheme="majorHAnsi" w:cstheme="majorHAnsi"/>
        </w:rPr>
        <w:t xml:space="preserve"> avec </w:t>
      </w:r>
      <w:proofErr w:type="spellStart"/>
      <w:r w:rsidRPr="00FE0F6C">
        <w:rPr>
          <w:rFonts w:asciiTheme="majorHAnsi" w:hAnsiTheme="majorHAnsi" w:cstheme="majorHAnsi"/>
        </w:rPr>
        <w:t>vous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avant</w:t>
      </w:r>
      <w:proofErr w:type="spellEnd"/>
      <w:r w:rsidRPr="00FE0F6C">
        <w:rPr>
          <w:rFonts w:asciiTheme="majorHAnsi" w:hAnsiTheme="majorHAnsi" w:cstheme="majorHAnsi"/>
        </w:rPr>
        <w:t xml:space="preserve"> le </w:t>
      </w:r>
      <w:proofErr w:type="spellStart"/>
      <w:r w:rsidRPr="00FE0F6C">
        <w:rPr>
          <w:rFonts w:asciiTheme="majorHAnsi" w:hAnsiTheme="majorHAnsi" w:cstheme="majorHAnsi"/>
        </w:rPr>
        <w:t>démarrage</w:t>
      </w:r>
      <w:proofErr w:type="spellEnd"/>
      <w:r w:rsidRPr="00FE0F6C">
        <w:rPr>
          <w:rFonts w:asciiTheme="majorHAnsi" w:hAnsiTheme="majorHAnsi" w:cstheme="majorHAnsi"/>
        </w:rPr>
        <w:t xml:space="preserve"> de la formation </w:t>
      </w:r>
      <w:proofErr w:type="spellStart"/>
      <w:r w:rsidRPr="00FE0F6C">
        <w:rPr>
          <w:rFonts w:asciiTheme="majorHAnsi" w:hAnsiTheme="majorHAnsi" w:cstheme="majorHAnsi"/>
        </w:rPr>
        <w:t>afin</w:t>
      </w:r>
      <w:proofErr w:type="spellEnd"/>
      <w:r w:rsidRPr="00FE0F6C">
        <w:rPr>
          <w:rFonts w:asciiTheme="majorHAnsi" w:hAnsiTheme="majorHAnsi" w:cstheme="majorHAnsi"/>
        </w:rPr>
        <w:t xml:space="preserve"> de </w:t>
      </w:r>
      <w:proofErr w:type="spellStart"/>
      <w:r w:rsidRPr="00FE0F6C">
        <w:rPr>
          <w:rFonts w:asciiTheme="majorHAnsi" w:hAnsiTheme="majorHAnsi" w:cstheme="majorHAnsi"/>
        </w:rPr>
        <w:t>valider</w:t>
      </w:r>
      <w:proofErr w:type="spellEnd"/>
      <w:r w:rsidRPr="00FE0F6C">
        <w:rPr>
          <w:rFonts w:asciiTheme="majorHAnsi" w:hAnsiTheme="majorHAnsi" w:cstheme="majorHAnsi"/>
        </w:rPr>
        <w:t xml:space="preserve"> les </w:t>
      </w:r>
      <w:proofErr w:type="spellStart"/>
      <w:r w:rsidRPr="00FE0F6C">
        <w:rPr>
          <w:rFonts w:asciiTheme="majorHAnsi" w:hAnsiTheme="majorHAnsi" w:cstheme="majorHAnsi"/>
        </w:rPr>
        <w:t>mesures</w:t>
      </w:r>
      <w:proofErr w:type="spellEnd"/>
      <w:r w:rsidRPr="00FE0F6C">
        <w:rPr>
          <w:rFonts w:asciiTheme="majorHAnsi" w:hAnsiTheme="majorHAnsi" w:cstheme="majorHAnsi"/>
        </w:rPr>
        <w:t xml:space="preserve"> mises </w:t>
      </w:r>
      <w:proofErr w:type="spellStart"/>
      <w:r w:rsidRPr="00FE0F6C">
        <w:rPr>
          <w:rFonts w:asciiTheme="majorHAnsi" w:hAnsiTheme="majorHAnsi" w:cstheme="majorHAnsi"/>
        </w:rPr>
        <w:t>en</w:t>
      </w:r>
      <w:proofErr w:type="spellEnd"/>
      <w:r w:rsidRPr="00FE0F6C">
        <w:rPr>
          <w:rFonts w:asciiTheme="majorHAnsi" w:hAnsiTheme="majorHAnsi" w:cstheme="majorHAnsi"/>
        </w:rPr>
        <w:t xml:space="preserve"> place.</w:t>
      </w:r>
    </w:p>
    <w:p w14:paraId="4241C66F" w14:textId="448DD196" w:rsidR="00CA5499" w:rsidRPr="00FE0F6C" w:rsidRDefault="00D04B27" w:rsidP="006122FC">
      <w:pPr>
        <w:rPr>
          <w:rFonts w:asciiTheme="majorHAnsi" w:hAnsiTheme="majorHAnsi" w:cstheme="majorHAnsi"/>
        </w:rPr>
      </w:pPr>
      <w:r w:rsidRPr="00FE0F6C">
        <w:rPr>
          <w:rFonts w:asciiTheme="majorHAnsi" w:hAnsiTheme="majorHAnsi" w:cstheme="majorHAnsi"/>
          <w:b/>
          <w:bCs/>
        </w:rPr>
        <w:t>Pendant la formation</w:t>
      </w:r>
      <w:r w:rsidRPr="00FE0F6C">
        <w:rPr>
          <w:rFonts w:asciiTheme="majorHAnsi" w:hAnsiTheme="majorHAnsi" w:cstheme="majorHAnsi"/>
        </w:rPr>
        <w:br/>
        <w:t xml:space="preserve">Nos équipes </w:t>
      </w:r>
      <w:proofErr w:type="spellStart"/>
      <w:r w:rsidRPr="00FE0F6C">
        <w:rPr>
          <w:rFonts w:asciiTheme="majorHAnsi" w:hAnsiTheme="majorHAnsi" w:cstheme="majorHAnsi"/>
        </w:rPr>
        <w:t>s’engagent</w:t>
      </w:r>
      <w:proofErr w:type="spellEnd"/>
      <w:r w:rsidRPr="00FE0F6C">
        <w:rPr>
          <w:rFonts w:asciiTheme="majorHAnsi" w:hAnsiTheme="majorHAnsi" w:cstheme="majorHAnsi"/>
        </w:rPr>
        <w:t xml:space="preserve"> à </w:t>
      </w:r>
      <w:proofErr w:type="spellStart"/>
      <w:r w:rsidRPr="00FE0F6C">
        <w:rPr>
          <w:rFonts w:asciiTheme="majorHAnsi" w:hAnsiTheme="majorHAnsi" w:cstheme="majorHAnsi"/>
        </w:rPr>
        <w:t>maintenir</w:t>
      </w:r>
      <w:proofErr w:type="spellEnd"/>
      <w:r w:rsidRPr="00FE0F6C">
        <w:rPr>
          <w:rFonts w:asciiTheme="majorHAnsi" w:hAnsiTheme="majorHAnsi" w:cstheme="majorHAnsi"/>
        </w:rPr>
        <w:t xml:space="preserve"> un </w:t>
      </w:r>
      <w:proofErr w:type="spellStart"/>
      <w:r w:rsidRPr="00FE0F6C">
        <w:rPr>
          <w:rFonts w:asciiTheme="majorHAnsi" w:hAnsiTheme="majorHAnsi" w:cstheme="majorHAnsi"/>
        </w:rPr>
        <w:t>suivi</w:t>
      </w:r>
      <w:proofErr w:type="spellEnd"/>
      <w:r w:rsidRPr="00FE0F6C">
        <w:rPr>
          <w:rFonts w:asciiTheme="majorHAnsi" w:hAnsiTheme="majorHAnsi" w:cstheme="majorHAnsi"/>
        </w:rPr>
        <w:t xml:space="preserve"> tout au long du </w:t>
      </w:r>
      <w:proofErr w:type="spellStart"/>
      <w:r w:rsidRPr="00FE0F6C">
        <w:rPr>
          <w:rFonts w:asciiTheme="majorHAnsi" w:hAnsiTheme="majorHAnsi" w:cstheme="majorHAnsi"/>
        </w:rPr>
        <w:t>parcours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afin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d’adapter</w:t>
      </w:r>
      <w:proofErr w:type="spellEnd"/>
      <w:r w:rsidRPr="00FE0F6C">
        <w:rPr>
          <w:rFonts w:asciiTheme="majorHAnsi" w:hAnsiTheme="majorHAnsi" w:cstheme="majorHAnsi"/>
        </w:rPr>
        <w:t xml:space="preserve">, </w:t>
      </w:r>
      <w:proofErr w:type="spellStart"/>
      <w:r w:rsidRPr="00FE0F6C">
        <w:rPr>
          <w:rFonts w:asciiTheme="majorHAnsi" w:hAnsiTheme="majorHAnsi" w:cstheme="majorHAnsi"/>
        </w:rPr>
        <w:t>si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besoin</w:t>
      </w:r>
      <w:proofErr w:type="spellEnd"/>
      <w:r w:rsidRPr="00FE0F6C">
        <w:rPr>
          <w:rFonts w:asciiTheme="majorHAnsi" w:hAnsiTheme="majorHAnsi" w:cstheme="majorHAnsi"/>
        </w:rPr>
        <w:t xml:space="preserve">, les conditions </w:t>
      </w:r>
      <w:proofErr w:type="spellStart"/>
      <w:r w:rsidRPr="00FE0F6C">
        <w:rPr>
          <w:rFonts w:asciiTheme="majorHAnsi" w:hAnsiTheme="majorHAnsi" w:cstheme="majorHAnsi"/>
        </w:rPr>
        <w:t>d’apprentissage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ou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d’accueil</w:t>
      </w:r>
      <w:proofErr w:type="spellEnd"/>
      <w:r w:rsidRPr="00FE0F6C">
        <w:rPr>
          <w:rFonts w:asciiTheme="majorHAnsi" w:hAnsiTheme="majorHAnsi" w:cstheme="majorHAnsi"/>
        </w:rPr>
        <w:t xml:space="preserve">. Le </w:t>
      </w:r>
      <w:proofErr w:type="spellStart"/>
      <w:r w:rsidRPr="00FE0F6C">
        <w:rPr>
          <w:rFonts w:asciiTheme="majorHAnsi" w:hAnsiTheme="majorHAnsi" w:cstheme="majorHAnsi"/>
        </w:rPr>
        <w:t>référent</w:t>
      </w:r>
      <w:proofErr w:type="spellEnd"/>
      <w:r w:rsidRPr="00FE0F6C">
        <w:rPr>
          <w:rFonts w:asciiTheme="majorHAnsi" w:hAnsiTheme="majorHAnsi" w:cstheme="majorHAnsi"/>
        </w:rPr>
        <w:t xml:space="preserve"> handicap </w:t>
      </w:r>
      <w:proofErr w:type="spellStart"/>
      <w:r w:rsidRPr="00FE0F6C">
        <w:rPr>
          <w:rFonts w:asciiTheme="majorHAnsi" w:hAnsiTheme="majorHAnsi" w:cstheme="majorHAnsi"/>
        </w:rPr>
        <w:t>reste</w:t>
      </w:r>
      <w:proofErr w:type="spellEnd"/>
      <w:r w:rsidRPr="00FE0F6C">
        <w:rPr>
          <w:rFonts w:asciiTheme="majorHAnsi" w:hAnsiTheme="majorHAnsi" w:cstheme="majorHAnsi"/>
        </w:rPr>
        <w:t xml:space="preserve"> disponible pour tout </w:t>
      </w:r>
      <w:proofErr w:type="spellStart"/>
      <w:r w:rsidRPr="00FE0F6C">
        <w:rPr>
          <w:rFonts w:asciiTheme="majorHAnsi" w:hAnsiTheme="majorHAnsi" w:cstheme="majorHAnsi"/>
        </w:rPr>
        <w:t>ajustement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complémentaire</w:t>
      </w:r>
      <w:proofErr w:type="spellEnd"/>
      <w:r w:rsidRPr="00FE0F6C">
        <w:rPr>
          <w:rFonts w:asciiTheme="majorHAnsi" w:hAnsiTheme="majorHAnsi" w:cstheme="majorHAnsi"/>
        </w:rPr>
        <w:t>.</w:t>
      </w:r>
    </w:p>
    <w:p w14:paraId="70665EB2" w14:textId="77777777" w:rsidR="00CA5499" w:rsidRPr="00FE0F6C" w:rsidRDefault="00D04B27">
      <w:pPr>
        <w:pStyle w:val="Titre2"/>
        <w:rPr>
          <w:rFonts w:cstheme="majorHAnsi"/>
          <w:sz w:val="22"/>
          <w:szCs w:val="22"/>
        </w:rPr>
      </w:pPr>
      <w:r w:rsidRPr="00FE0F6C">
        <w:rPr>
          <w:rFonts w:cstheme="majorHAnsi"/>
          <w:sz w:val="22"/>
          <w:szCs w:val="22"/>
        </w:rPr>
        <w:t xml:space="preserve">Handicap </w:t>
      </w:r>
      <w:proofErr w:type="spellStart"/>
      <w:r w:rsidRPr="00FE0F6C">
        <w:rPr>
          <w:rFonts w:cstheme="majorHAnsi"/>
          <w:sz w:val="22"/>
          <w:szCs w:val="22"/>
        </w:rPr>
        <w:t>auditif</w:t>
      </w:r>
      <w:proofErr w:type="spellEnd"/>
    </w:p>
    <w:p w14:paraId="224BD2B8" w14:textId="77777777" w:rsidR="00CA5499" w:rsidRPr="00FE0F6C" w:rsidRDefault="00D04B27">
      <w:pPr>
        <w:rPr>
          <w:rFonts w:asciiTheme="majorHAnsi" w:hAnsiTheme="majorHAnsi" w:cstheme="majorHAnsi"/>
        </w:rPr>
      </w:pPr>
      <w:r w:rsidRPr="00FE0F6C">
        <w:rPr>
          <w:rFonts w:asciiTheme="majorHAnsi" w:hAnsiTheme="majorHAnsi" w:cstheme="majorHAnsi"/>
        </w:rPr>
        <w:t xml:space="preserve">- Les </w:t>
      </w:r>
      <w:proofErr w:type="spellStart"/>
      <w:r w:rsidRPr="00FE0F6C">
        <w:rPr>
          <w:rFonts w:asciiTheme="majorHAnsi" w:hAnsiTheme="majorHAnsi" w:cstheme="majorHAnsi"/>
        </w:rPr>
        <w:t>formateurs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adaptent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leur</w:t>
      </w:r>
      <w:proofErr w:type="spellEnd"/>
      <w:r w:rsidRPr="00FE0F6C">
        <w:rPr>
          <w:rFonts w:asciiTheme="majorHAnsi" w:hAnsiTheme="majorHAnsi" w:cstheme="majorHAnsi"/>
        </w:rPr>
        <w:t xml:space="preserve"> posture et </w:t>
      </w:r>
      <w:proofErr w:type="spellStart"/>
      <w:r w:rsidRPr="00FE0F6C">
        <w:rPr>
          <w:rFonts w:asciiTheme="majorHAnsi" w:hAnsiTheme="majorHAnsi" w:cstheme="majorHAnsi"/>
        </w:rPr>
        <w:t>leur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rythme</w:t>
      </w:r>
      <w:proofErr w:type="spellEnd"/>
      <w:r w:rsidRPr="00FE0F6C">
        <w:rPr>
          <w:rFonts w:asciiTheme="majorHAnsi" w:hAnsiTheme="majorHAnsi" w:cstheme="majorHAnsi"/>
        </w:rPr>
        <w:t xml:space="preserve"> (articulation, </w:t>
      </w:r>
      <w:proofErr w:type="spellStart"/>
      <w:r w:rsidRPr="00FE0F6C">
        <w:rPr>
          <w:rFonts w:asciiTheme="majorHAnsi" w:hAnsiTheme="majorHAnsi" w:cstheme="majorHAnsi"/>
        </w:rPr>
        <w:t>débit</w:t>
      </w:r>
      <w:proofErr w:type="spellEnd"/>
      <w:r w:rsidRPr="00FE0F6C">
        <w:rPr>
          <w:rFonts w:asciiTheme="majorHAnsi" w:hAnsiTheme="majorHAnsi" w:cstheme="majorHAnsi"/>
        </w:rPr>
        <w:t xml:space="preserve">, </w:t>
      </w:r>
      <w:proofErr w:type="spellStart"/>
      <w:r w:rsidRPr="00FE0F6C">
        <w:rPr>
          <w:rFonts w:asciiTheme="majorHAnsi" w:hAnsiTheme="majorHAnsi" w:cstheme="majorHAnsi"/>
        </w:rPr>
        <w:t>positionnement</w:t>
      </w:r>
      <w:proofErr w:type="spellEnd"/>
      <w:r w:rsidRPr="00FE0F6C">
        <w:rPr>
          <w:rFonts w:asciiTheme="majorHAnsi" w:hAnsiTheme="majorHAnsi" w:cstheme="majorHAnsi"/>
        </w:rPr>
        <w:t xml:space="preserve"> face à </w:t>
      </w:r>
      <w:proofErr w:type="spellStart"/>
      <w:r w:rsidRPr="00FE0F6C">
        <w:rPr>
          <w:rFonts w:asciiTheme="majorHAnsi" w:hAnsiTheme="majorHAnsi" w:cstheme="majorHAnsi"/>
        </w:rPr>
        <w:t>l’apprenant</w:t>
      </w:r>
      <w:proofErr w:type="spellEnd"/>
      <w:r w:rsidRPr="00FE0F6C">
        <w:rPr>
          <w:rFonts w:asciiTheme="majorHAnsi" w:hAnsiTheme="majorHAnsi" w:cstheme="majorHAnsi"/>
        </w:rPr>
        <w:t>).</w:t>
      </w:r>
      <w:r w:rsidRPr="00FE0F6C">
        <w:rPr>
          <w:rFonts w:asciiTheme="majorHAnsi" w:hAnsiTheme="majorHAnsi" w:cstheme="majorHAnsi"/>
        </w:rPr>
        <w:br/>
        <w:t xml:space="preserve">- Il </w:t>
      </w:r>
      <w:proofErr w:type="spellStart"/>
      <w:r w:rsidRPr="00FE0F6C">
        <w:rPr>
          <w:rFonts w:asciiTheme="majorHAnsi" w:hAnsiTheme="majorHAnsi" w:cstheme="majorHAnsi"/>
        </w:rPr>
        <w:t>est</w:t>
      </w:r>
      <w:proofErr w:type="spellEnd"/>
      <w:r w:rsidRPr="00FE0F6C">
        <w:rPr>
          <w:rFonts w:asciiTheme="majorHAnsi" w:hAnsiTheme="majorHAnsi" w:cstheme="majorHAnsi"/>
        </w:rPr>
        <w:t xml:space="preserve"> possible de </w:t>
      </w:r>
      <w:proofErr w:type="spellStart"/>
      <w:r w:rsidRPr="00FE0F6C">
        <w:rPr>
          <w:rFonts w:asciiTheme="majorHAnsi" w:hAnsiTheme="majorHAnsi" w:cstheme="majorHAnsi"/>
        </w:rPr>
        <w:t>venir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accompagné</w:t>
      </w:r>
      <w:proofErr w:type="spellEnd"/>
      <w:r w:rsidRPr="00FE0F6C">
        <w:rPr>
          <w:rFonts w:asciiTheme="majorHAnsi" w:hAnsiTheme="majorHAnsi" w:cstheme="majorHAnsi"/>
        </w:rPr>
        <w:t xml:space="preserve"> d’un </w:t>
      </w:r>
      <w:proofErr w:type="spellStart"/>
      <w:r w:rsidRPr="00FE0F6C">
        <w:rPr>
          <w:rFonts w:asciiTheme="majorHAnsi" w:hAnsiTheme="majorHAnsi" w:cstheme="majorHAnsi"/>
        </w:rPr>
        <w:t>interprète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en</w:t>
      </w:r>
      <w:proofErr w:type="spellEnd"/>
      <w:r w:rsidRPr="00FE0F6C">
        <w:rPr>
          <w:rFonts w:asciiTheme="majorHAnsi" w:hAnsiTheme="majorHAnsi" w:cstheme="majorHAnsi"/>
        </w:rPr>
        <w:t xml:space="preserve"> LSF (Langue des Signes Française) </w:t>
      </w:r>
      <w:proofErr w:type="spellStart"/>
      <w:r w:rsidRPr="00FE0F6C">
        <w:rPr>
          <w:rFonts w:asciiTheme="majorHAnsi" w:hAnsiTheme="majorHAnsi" w:cstheme="majorHAnsi"/>
        </w:rPr>
        <w:t>ou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en</w:t>
      </w:r>
      <w:proofErr w:type="spellEnd"/>
      <w:r w:rsidRPr="00FE0F6C">
        <w:rPr>
          <w:rFonts w:asciiTheme="majorHAnsi" w:hAnsiTheme="majorHAnsi" w:cstheme="majorHAnsi"/>
        </w:rPr>
        <w:t xml:space="preserve"> LPC (Langue </w:t>
      </w:r>
      <w:proofErr w:type="spellStart"/>
      <w:r w:rsidRPr="00FE0F6C">
        <w:rPr>
          <w:rFonts w:asciiTheme="majorHAnsi" w:hAnsiTheme="majorHAnsi" w:cstheme="majorHAnsi"/>
        </w:rPr>
        <w:t>Parlée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Complétée</w:t>
      </w:r>
      <w:proofErr w:type="spellEnd"/>
      <w:r w:rsidRPr="00FE0F6C">
        <w:rPr>
          <w:rFonts w:asciiTheme="majorHAnsi" w:hAnsiTheme="majorHAnsi" w:cstheme="majorHAnsi"/>
        </w:rPr>
        <w:t>).</w:t>
      </w:r>
    </w:p>
    <w:p w14:paraId="51DFA0A7" w14:textId="77777777" w:rsidR="00CA5499" w:rsidRPr="00FE0F6C" w:rsidRDefault="00D04B27">
      <w:pPr>
        <w:pStyle w:val="Titre2"/>
        <w:rPr>
          <w:rFonts w:cstheme="majorHAnsi"/>
          <w:sz w:val="22"/>
          <w:szCs w:val="22"/>
        </w:rPr>
      </w:pPr>
      <w:r w:rsidRPr="00FE0F6C">
        <w:rPr>
          <w:rFonts w:cstheme="majorHAnsi"/>
          <w:sz w:val="22"/>
          <w:szCs w:val="22"/>
        </w:rPr>
        <w:t xml:space="preserve">Handicap </w:t>
      </w:r>
      <w:proofErr w:type="spellStart"/>
      <w:r w:rsidRPr="00FE0F6C">
        <w:rPr>
          <w:rFonts w:cstheme="majorHAnsi"/>
          <w:sz w:val="22"/>
          <w:szCs w:val="22"/>
        </w:rPr>
        <w:t>visuel</w:t>
      </w:r>
      <w:proofErr w:type="spellEnd"/>
    </w:p>
    <w:p w14:paraId="0B230F45" w14:textId="77777777" w:rsidR="00CA5499" w:rsidRPr="00FE0F6C" w:rsidRDefault="00D04B27">
      <w:pPr>
        <w:rPr>
          <w:rFonts w:asciiTheme="majorHAnsi" w:hAnsiTheme="majorHAnsi" w:cstheme="majorHAnsi"/>
        </w:rPr>
      </w:pPr>
      <w:r w:rsidRPr="00FE0F6C">
        <w:rPr>
          <w:rFonts w:asciiTheme="majorHAnsi" w:hAnsiTheme="majorHAnsi" w:cstheme="majorHAnsi"/>
        </w:rPr>
        <w:t xml:space="preserve">- Le </w:t>
      </w:r>
      <w:proofErr w:type="spellStart"/>
      <w:r w:rsidRPr="00FE0F6C">
        <w:rPr>
          <w:rFonts w:asciiTheme="majorHAnsi" w:hAnsiTheme="majorHAnsi" w:cstheme="majorHAnsi"/>
        </w:rPr>
        <w:t>référent</w:t>
      </w:r>
      <w:proofErr w:type="spellEnd"/>
      <w:r w:rsidRPr="00FE0F6C">
        <w:rPr>
          <w:rFonts w:asciiTheme="majorHAnsi" w:hAnsiTheme="majorHAnsi" w:cstheme="majorHAnsi"/>
        </w:rPr>
        <w:t xml:space="preserve"> handicap </w:t>
      </w:r>
      <w:proofErr w:type="spellStart"/>
      <w:r w:rsidRPr="00FE0F6C">
        <w:rPr>
          <w:rFonts w:asciiTheme="majorHAnsi" w:hAnsiTheme="majorHAnsi" w:cstheme="majorHAnsi"/>
        </w:rPr>
        <w:t>peut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vous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accueillir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dès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votre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arrivée</w:t>
      </w:r>
      <w:proofErr w:type="spellEnd"/>
      <w:r w:rsidRPr="00FE0F6C">
        <w:rPr>
          <w:rFonts w:asciiTheme="majorHAnsi" w:hAnsiTheme="majorHAnsi" w:cstheme="majorHAnsi"/>
        </w:rPr>
        <w:t xml:space="preserve"> pour </w:t>
      </w:r>
      <w:proofErr w:type="spellStart"/>
      <w:r w:rsidRPr="00FE0F6C">
        <w:rPr>
          <w:rFonts w:asciiTheme="majorHAnsi" w:hAnsiTheme="majorHAnsi" w:cstheme="majorHAnsi"/>
        </w:rPr>
        <w:t>faciliter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votre</w:t>
      </w:r>
      <w:proofErr w:type="spellEnd"/>
      <w:r w:rsidRPr="00FE0F6C">
        <w:rPr>
          <w:rFonts w:asciiTheme="majorHAnsi" w:hAnsiTheme="majorHAnsi" w:cstheme="majorHAnsi"/>
        </w:rPr>
        <w:t xml:space="preserve"> orientation.</w:t>
      </w:r>
      <w:r w:rsidRPr="00FE0F6C">
        <w:rPr>
          <w:rFonts w:asciiTheme="majorHAnsi" w:hAnsiTheme="majorHAnsi" w:cstheme="majorHAnsi"/>
        </w:rPr>
        <w:br/>
        <w:t xml:space="preserve">- </w:t>
      </w:r>
      <w:proofErr w:type="spellStart"/>
      <w:r w:rsidRPr="00FE0F6C">
        <w:rPr>
          <w:rFonts w:asciiTheme="majorHAnsi" w:hAnsiTheme="majorHAnsi" w:cstheme="majorHAnsi"/>
        </w:rPr>
        <w:t>Votre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chien</w:t>
      </w:r>
      <w:proofErr w:type="spellEnd"/>
      <w:r w:rsidRPr="00FE0F6C">
        <w:rPr>
          <w:rFonts w:asciiTheme="majorHAnsi" w:hAnsiTheme="majorHAnsi" w:cstheme="majorHAnsi"/>
        </w:rPr>
        <w:t xml:space="preserve"> guide </w:t>
      </w:r>
      <w:proofErr w:type="spellStart"/>
      <w:r w:rsidRPr="00FE0F6C">
        <w:rPr>
          <w:rFonts w:asciiTheme="majorHAnsi" w:hAnsiTheme="majorHAnsi" w:cstheme="majorHAnsi"/>
        </w:rPr>
        <w:t>ou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d’assistance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est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bienvenu</w:t>
      </w:r>
      <w:proofErr w:type="spellEnd"/>
      <w:r w:rsidRPr="00FE0F6C">
        <w:rPr>
          <w:rFonts w:asciiTheme="majorHAnsi" w:hAnsiTheme="majorHAnsi" w:cstheme="majorHAnsi"/>
        </w:rPr>
        <w:t>.</w:t>
      </w:r>
      <w:r w:rsidRPr="00FE0F6C">
        <w:rPr>
          <w:rFonts w:asciiTheme="majorHAnsi" w:hAnsiTheme="majorHAnsi" w:cstheme="majorHAnsi"/>
        </w:rPr>
        <w:br/>
        <w:t xml:space="preserve">- Vous </w:t>
      </w:r>
      <w:proofErr w:type="spellStart"/>
      <w:r w:rsidRPr="00FE0F6C">
        <w:rPr>
          <w:rFonts w:asciiTheme="majorHAnsi" w:hAnsiTheme="majorHAnsi" w:cstheme="majorHAnsi"/>
        </w:rPr>
        <w:t>pouvez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venir</w:t>
      </w:r>
      <w:proofErr w:type="spellEnd"/>
      <w:r w:rsidRPr="00FE0F6C">
        <w:rPr>
          <w:rFonts w:asciiTheme="majorHAnsi" w:hAnsiTheme="majorHAnsi" w:cstheme="majorHAnsi"/>
        </w:rPr>
        <w:t xml:space="preserve"> avec </w:t>
      </w:r>
      <w:proofErr w:type="spellStart"/>
      <w:r w:rsidRPr="00FE0F6C">
        <w:rPr>
          <w:rFonts w:asciiTheme="majorHAnsi" w:hAnsiTheme="majorHAnsi" w:cstheme="majorHAnsi"/>
        </w:rPr>
        <w:t>votre</w:t>
      </w:r>
      <w:proofErr w:type="spellEnd"/>
      <w:r w:rsidRPr="00FE0F6C">
        <w:rPr>
          <w:rFonts w:asciiTheme="majorHAnsi" w:hAnsiTheme="majorHAnsi" w:cstheme="majorHAnsi"/>
        </w:rPr>
        <w:t xml:space="preserve"> matériel </w:t>
      </w:r>
      <w:proofErr w:type="spellStart"/>
      <w:r w:rsidRPr="00FE0F6C">
        <w:rPr>
          <w:rFonts w:asciiTheme="majorHAnsi" w:hAnsiTheme="majorHAnsi" w:cstheme="majorHAnsi"/>
        </w:rPr>
        <w:t>adapté</w:t>
      </w:r>
      <w:proofErr w:type="spellEnd"/>
      <w:r w:rsidRPr="00FE0F6C">
        <w:rPr>
          <w:rFonts w:asciiTheme="majorHAnsi" w:hAnsiTheme="majorHAnsi" w:cstheme="majorHAnsi"/>
        </w:rPr>
        <w:t xml:space="preserve"> (</w:t>
      </w:r>
      <w:proofErr w:type="spellStart"/>
      <w:r w:rsidRPr="00FE0F6C">
        <w:rPr>
          <w:rFonts w:asciiTheme="majorHAnsi" w:hAnsiTheme="majorHAnsi" w:cstheme="majorHAnsi"/>
        </w:rPr>
        <w:t>ordinateur</w:t>
      </w:r>
      <w:proofErr w:type="spellEnd"/>
      <w:r w:rsidRPr="00FE0F6C">
        <w:rPr>
          <w:rFonts w:asciiTheme="majorHAnsi" w:hAnsiTheme="majorHAnsi" w:cstheme="majorHAnsi"/>
        </w:rPr>
        <w:t>, loupe, etc.).</w:t>
      </w:r>
    </w:p>
    <w:p w14:paraId="5B0D936B" w14:textId="77777777" w:rsidR="00CA5499" w:rsidRPr="00FE0F6C" w:rsidRDefault="00D04B27">
      <w:pPr>
        <w:pStyle w:val="Titre2"/>
        <w:rPr>
          <w:rFonts w:cstheme="majorHAnsi"/>
          <w:sz w:val="22"/>
          <w:szCs w:val="22"/>
        </w:rPr>
      </w:pPr>
      <w:r w:rsidRPr="00FE0F6C">
        <w:rPr>
          <w:rFonts w:cstheme="majorHAnsi"/>
          <w:sz w:val="22"/>
          <w:szCs w:val="22"/>
        </w:rPr>
        <w:t xml:space="preserve">Handicap </w:t>
      </w:r>
      <w:proofErr w:type="spellStart"/>
      <w:r w:rsidRPr="00FE0F6C">
        <w:rPr>
          <w:rFonts w:cstheme="majorHAnsi"/>
          <w:sz w:val="22"/>
          <w:szCs w:val="22"/>
        </w:rPr>
        <w:t>moteur</w:t>
      </w:r>
      <w:proofErr w:type="spellEnd"/>
    </w:p>
    <w:p w14:paraId="32DD6968" w14:textId="77777777" w:rsidR="00CA5499" w:rsidRPr="00FE0F6C" w:rsidRDefault="00D04B27">
      <w:pPr>
        <w:rPr>
          <w:rFonts w:asciiTheme="majorHAnsi" w:hAnsiTheme="majorHAnsi" w:cstheme="majorHAnsi"/>
        </w:rPr>
      </w:pPr>
      <w:r w:rsidRPr="00FE0F6C">
        <w:rPr>
          <w:rFonts w:asciiTheme="majorHAnsi" w:hAnsiTheme="majorHAnsi" w:cstheme="majorHAnsi"/>
        </w:rPr>
        <w:t xml:space="preserve">- Les </w:t>
      </w:r>
      <w:proofErr w:type="spellStart"/>
      <w:r w:rsidRPr="00FE0F6C">
        <w:rPr>
          <w:rFonts w:asciiTheme="majorHAnsi" w:hAnsiTheme="majorHAnsi" w:cstheme="majorHAnsi"/>
        </w:rPr>
        <w:t>locaux</w:t>
      </w:r>
      <w:proofErr w:type="spellEnd"/>
      <w:r w:rsidRPr="00FE0F6C">
        <w:rPr>
          <w:rFonts w:asciiTheme="majorHAnsi" w:hAnsiTheme="majorHAnsi" w:cstheme="majorHAnsi"/>
        </w:rPr>
        <w:t xml:space="preserve"> de formation </w:t>
      </w:r>
      <w:proofErr w:type="spellStart"/>
      <w:r w:rsidRPr="00FE0F6C">
        <w:rPr>
          <w:rFonts w:asciiTheme="majorHAnsi" w:hAnsiTheme="majorHAnsi" w:cstheme="majorHAnsi"/>
        </w:rPr>
        <w:t>sont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accessibles</w:t>
      </w:r>
      <w:proofErr w:type="spellEnd"/>
      <w:r w:rsidRPr="00FE0F6C">
        <w:rPr>
          <w:rFonts w:asciiTheme="majorHAnsi" w:hAnsiTheme="majorHAnsi" w:cstheme="majorHAnsi"/>
        </w:rPr>
        <w:t xml:space="preserve"> aux </w:t>
      </w:r>
      <w:proofErr w:type="spellStart"/>
      <w:r w:rsidRPr="00FE0F6C">
        <w:rPr>
          <w:rFonts w:asciiTheme="majorHAnsi" w:hAnsiTheme="majorHAnsi" w:cstheme="majorHAnsi"/>
        </w:rPr>
        <w:t>personnes</w:t>
      </w:r>
      <w:proofErr w:type="spellEnd"/>
      <w:r w:rsidRPr="00FE0F6C">
        <w:rPr>
          <w:rFonts w:asciiTheme="majorHAnsi" w:hAnsiTheme="majorHAnsi" w:cstheme="majorHAnsi"/>
        </w:rPr>
        <w:t xml:space="preserve"> à </w:t>
      </w:r>
      <w:proofErr w:type="spellStart"/>
      <w:r w:rsidRPr="00FE0F6C">
        <w:rPr>
          <w:rFonts w:asciiTheme="majorHAnsi" w:hAnsiTheme="majorHAnsi" w:cstheme="majorHAnsi"/>
        </w:rPr>
        <w:t>mobilité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réduite</w:t>
      </w:r>
      <w:proofErr w:type="spellEnd"/>
      <w:r w:rsidRPr="00FE0F6C">
        <w:rPr>
          <w:rFonts w:asciiTheme="majorHAnsi" w:hAnsiTheme="majorHAnsi" w:cstheme="majorHAnsi"/>
        </w:rPr>
        <w:t>.</w:t>
      </w:r>
      <w:r w:rsidRPr="00FE0F6C">
        <w:rPr>
          <w:rFonts w:asciiTheme="majorHAnsi" w:hAnsiTheme="majorHAnsi" w:cstheme="majorHAnsi"/>
        </w:rPr>
        <w:br/>
        <w:t xml:space="preserve">- Le </w:t>
      </w:r>
      <w:proofErr w:type="spellStart"/>
      <w:r w:rsidRPr="00FE0F6C">
        <w:rPr>
          <w:rFonts w:asciiTheme="majorHAnsi" w:hAnsiTheme="majorHAnsi" w:cstheme="majorHAnsi"/>
        </w:rPr>
        <w:t>référent</w:t>
      </w:r>
      <w:proofErr w:type="spellEnd"/>
      <w:r w:rsidRPr="00FE0F6C">
        <w:rPr>
          <w:rFonts w:asciiTheme="majorHAnsi" w:hAnsiTheme="majorHAnsi" w:cstheme="majorHAnsi"/>
        </w:rPr>
        <w:t xml:space="preserve"> handicap </w:t>
      </w:r>
      <w:proofErr w:type="spellStart"/>
      <w:r w:rsidRPr="00FE0F6C">
        <w:rPr>
          <w:rFonts w:asciiTheme="majorHAnsi" w:hAnsiTheme="majorHAnsi" w:cstheme="majorHAnsi"/>
        </w:rPr>
        <w:t>est</w:t>
      </w:r>
      <w:proofErr w:type="spellEnd"/>
      <w:r w:rsidRPr="00FE0F6C">
        <w:rPr>
          <w:rFonts w:asciiTheme="majorHAnsi" w:hAnsiTheme="majorHAnsi" w:cstheme="majorHAnsi"/>
        </w:rPr>
        <w:t xml:space="preserve"> disponible pour </w:t>
      </w:r>
      <w:proofErr w:type="spellStart"/>
      <w:r w:rsidRPr="00FE0F6C">
        <w:rPr>
          <w:rFonts w:asciiTheme="majorHAnsi" w:hAnsiTheme="majorHAnsi" w:cstheme="majorHAnsi"/>
        </w:rPr>
        <w:t>faciliter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vos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déplacements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ou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ajuster</w:t>
      </w:r>
      <w:proofErr w:type="spellEnd"/>
      <w:r w:rsidRPr="00FE0F6C">
        <w:rPr>
          <w:rFonts w:asciiTheme="majorHAnsi" w:hAnsiTheme="majorHAnsi" w:cstheme="majorHAnsi"/>
        </w:rPr>
        <w:t xml:space="preserve"> la disposition de la salle.</w:t>
      </w:r>
      <w:r w:rsidRPr="00FE0F6C">
        <w:rPr>
          <w:rFonts w:asciiTheme="majorHAnsi" w:hAnsiTheme="majorHAnsi" w:cstheme="majorHAnsi"/>
        </w:rPr>
        <w:br/>
        <w:t xml:space="preserve">- </w:t>
      </w:r>
      <w:proofErr w:type="spellStart"/>
      <w:r w:rsidRPr="00FE0F6C">
        <w:rPr>
          <w:rFonts w:asciiTheme="majorHAnsi" w:hAnsiTheme="majorHAnsi" w:cstheme="majorHAnsi"/>
        </w:rPr>
        <w:t>Votre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chien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d’assistance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est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également</w:t>
      </w:r>
      <w:proofErr w:type="spellEnd"/>
      <w:r w:rsidRPr="00FE0F6C">
        <w:rPr>
          <w:rFonts w:asciiTheme="majorHAnsi" w:hAnsiTheme="majorHAnsi" w:cstheme="majorHAnsi"/>
        </w:rPr>
        <w:t xml:space="preserve"> le </w:t>
      </w:r>
      <w:proofErr w:type="spellStart"/>
      <w:r w:rsidRPr="00FE0F6C">
        <w:rPr>
          <w:rFonts w:asciiTheme="majorHAnsi" w:hAnsiTheme="majorHAnsi" w:cstheme="majorHAnsi"/>
        </w:rPr>
        <w:t>bienvenu</w:t>
      </w:r>
      <w:proofErr w:type="spellEnd"/>
      <w:r w:rsidRPr="00FE0F6C">
        <w:rPr>
          <w:rFonts w:asciiTheme="majorHAnsi" w:hAnsiTheme="majorHAnsi" w:cstheme="majorHAnsi"/>
        </w:rPr>
        <w:t>.</w:t>
      </w:r>
    </w:p>
    <w:p w14:paraId="73218615" w14:textId="77777777" w:rsidR="00CA5499" w:rsidRPr="00FE0F6C" w:rsidRDefault="00D04B27">
      <w:pPr>
        <w:rPr>
          <w:rFonts w:asciiTheme="majorHAnsi" w:hAnsiTheme="majorHAnsi" w:cstheme="majorHAnsi"/>
        </w:rPr>
      </w:pPr>
      <w:r w:rsidRPr="00FE0F6C">
        <w:rPr>
          <w:rFonts w:asciiTheme="majorHAnsi" w:hAnsiTheme="majorHAnsi" w:cstheme="majorHAnsi"/>
        </w:rPr>
        <w:t xml:space="preserve">Le </w:t>
      </w:r>
      <w:proofErr w:type="spellStart"/>
      <w:r w:rsidRPr="00FE0F6C">
        <w:rPr>
          <w:rFonts w:asciiTheme="majorHAnsi" w:hAnsiTheme="majorHAnsi" w:cstheme="majorHAnsi"/>
        </w:rPr>
        <w:t>formateur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référent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pédagogique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peut</w:t>
      </w:r>
      <w:proofErr w:type="spellEnd"/>
      <w:r w:rsidRPr="00FE0F6C">
        <w:rPr>
          <w:rFonts w:asciiTheme="majorHAnsi" w:hAnsiTheme="majorHAnsi" w:cstheme="majorHAnsi"/>
        </w:rPr>
        <w:t xml:space="preserve">, </w:t>
      </w:r>
      <w:proofErr w:type="spellStart"/>
      <w:r w:rsidRPr="00FE0F6C">
        <w:rPr>
          <w:rFonts w:asciiTheme="majorHAnsi" w:hAnsiTheme="majorHAnsi" w:cstheme="majorHAnsi"/>
        </w:rPr>
        <w:t>si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besoin</w:t>
      </w:r>
      <w:proofErr w:type="spellEnd"/>
      <w:r w:rsidRPr="00FE0F6C">
        <w:rPr>
          <w:rFonts w:asciiTheme="majorHAnsi" w:hAnsiTheme="majorHAnsi" w:cstheme="majorHAnsi"/>
        </w:rPr>
        <w:t xml:space="preserve">, </w:t>
      </w:r>
      <w:proofErr w:type="spellStart"/>
      <w:r w:rsidRPr="00FE0F6C">
        <w:rPr>
          <w:rFonts w:asciiTheme="majorHAnsi" w:hAnsiTheme="majorHAnsi" w:cstheme="majorHAnsi"/>
        </w:rPr>
        <w:t>organiser</w:t>
      </w:r>
      <w:proofErr w:type="spellEnd"/>
      <w:r w:rsidRPr="00FE0F6C">
        <w:rPr>
          <w:rFonts w:asciiTheme="majorHAnsi" w:hAnsiTheme="majorHAnsi" w:cstheme="majorHAnsi"/>
        </w:rPr>
        <w:t xml:space="preserve"> un </w:t>
      </w:r>
      <w:proofErr w:type="spellStart"/>
      <w:r w:rsidRPr="00FE0F6C">
        <w:rPr>
          <w:rFonts w:asciiTheme="majorHAnsi" w:hAnsiTheme="majorHAnsi" w:cstheme="majorHAnsi"/>
        </w:rPr>
        <w:t>suivi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personnalisé</w:t>
      </w:r>
      <w:proofErr w:type="spellEnd"/>
      <w:r w:rsidRPr="00FE0F6C">
        <w:rPr>
          <w:rFonts w:asciiTheme="majorHAnsi" w:hAnsiTheme="majorHAnsi" w:cstheme="majorHAnsi"/>
        </w:rPr>
        <w:t xml:space="preserve"> pendant la formation </w:t>
      </w:r>
      <w:proofErr w:type="spellStart"/>
      <w:r w:rsidRPr="00FE0F6C">
        <w:rPr>
          <w:rFonts w:asciiTheme="majorHAnsi" w:hAnsiTheme="majorHAnsi" w:cstheme="majorHAnsi"/>
        </w:rPr>
        <w:t>afin</w:t>
      </w:r>
      <w:proofErr w:type="spellEnd"/>
      <w:r w:rsidRPr="00FE0F6C">
        <w:rPr>
          <w:rFonts w:asciiTheme="majorHAnsi" w:hAnsiTheme="majorHAnsi" w:cstheme="majorHAnsi"/>
        </w:rPr>
        <w:t xml:space="preserve"> de </w:t>
      </w:r>
      <w:proofErr w:type="spellStart"/>
      <w:r w:rsidRPr="00FE0F6C">
        <w:rPr>
          <w:rFonts w:asciiTheme="majorHAnsi" w:hAnsiTheme="majorHAnsi" w:cstheme="majorHAnsi"/>
        </w:rPr>
        <w:t>s’assurer</w:t>
      </w:r>
      <w:proofErr w:type="spellEnd"/>
      <w:r w:rsidRPr="00FE0F6C">
        <w:rPr>
          <w:rFonts w:asciiTheme="majorHAnsi" w:hAnsiTheme="majorHAnsi" w:cstheme="majorHAnsi"/>
        </w:rPr>
        <w:t xml:space="preserve"> que les </w:t>
      </w:r>
      <w:proofErr w:type="spellStart"/>
      <w:r w:rsidRPr="00FE0F6C">
        <w:rPr>
          <w:rFonts w:asciiTheme="majorHAnsi" w:hAnsiTheme="majorHAnsi" w:cstheme="majorHAnsi"/>
        </w:rPr>
        <w:t>aménagements</w:t>
      </w:r>
      <w:proofErr w:type="spellEnd"/>
      <w:r w:rsidRPr="00FE0F6C">
        <w:rPr>
          <w:rFonts w:asciiTheme="majorHAnsi" w:hAnsiTheme="majorHAnsi" w:cstheme="majorHAnsi"/>
        </w:rPr>
        <w:t xml:space="preserve"> mis </w:t>
      </w:r>
      <w:proofErr w:type="spellStart"/>
      <w:r w:rsidRPr="00FE0F6C">
        <w:rPr>
          <w:rFonts w:asciiTheme="majorHAnsi" w:hAnsiTheme="majorHAnsi" w:cstheme="majorHAnsi"/>
        </w:rPr>
        <w:t>en</w:t>
      </w:r>
      <w:proofErr w:type="spellEnd"/>
      <w:r w:rsidRPr="00FE0F6C">
        <w:rPr>
          <w:rFonts w:asciiTheme="majorHAnsi" w:hAnsiTheme="majorHAnsi" w:cstheme="majorHAnsi"/>
        </w:rPr>
        <w:t xml:space="preserve"> place </w:t>
      </w:r>
      <w:proofErr w:type="spellStart"/>
      <w:r w:rsidRPr="00FE0F6C">
        <w:rPr>
          <w:rFonts w:asciiTheme="majorHAnsi" w:hAnsiTheme="majorHAnsi" w:cstheme="majorHAnsi"/>
        </w:rPr>
        <w:t>restent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adaptés</w:t>
      </w:r>
      <w:proofErr w:type="spellEnd"/>
      <w:r w:rsidRPr="00FE0F6C">
        <w:rPr>
          <w:rFonts w:asciiTheme="majorHAnsi" w:hAnsiTheme="majorHAnsi" w:cstheme="majorHAnsi"/>
        </w:rPr>
        <w:t xml:space="preserve"> à </w:t>
      </w:r>
      <w:proofErr w:type="spellStart"/>
      <w:r w:rsidRPr="00FE0F6C">
        <w:rPr>
          <w:rFonts w:asciiTheme="majorHAnsi" w:hAnsiTheme="majorHAnsi" w:cstheme="majorHAnsi"/>
        </w:rPr>
        <w:t>votre</w:t>
      </w:r>
      <w:proofErr w:type="spellEnd"/>
      <w:r w:rsidRPr="00FE0F6C">
        <w:rPr>
          <w:rFonts w:asciiTheme="majorHAnsi" w:hAnsiTheme="majorHAnsi" w:cstheme="majorHAnsi"/>
        </w:rPr>
        <w:t xml:space="preserve"> situation.</w:t>
      </w:r>
    </w:p>
    <w:p w14:paraId="3A5911E8" w14:textId="77777777" w:rsidR="006122FC" w:rsidRDefault="006122FC" w:rsidP="006122FC">
      <w:pPr>
        <w:jc w:val="center"/>
        <w:rPr>
          <w:rFonts w:asciiTheme="majorHAnsi" w:hAnsiTheme="majorHAnsi" w:cstheme="majorHAnsi"/>
          <w:b/>
          <w:bCs/>
        </w:rPr>
      </w:pPr>
    </w:p>
    <w:p w14:paraId="13136029" w14:textId="28BD4118" w:rsidR="00D44123" w:rsidRDefault="00A76676" w:rsidP="00A76676">
      <w:pPr>
        <w:tabs>
          <w:tab w:val="left" w:pos="4608"/>
        </w:tabs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ab/>
      </w:r>
    </w:p>
    <w:p w14:paraId="251FA5ED" w14:textId="77777777" w:rsidR="00D44123" w:rsidRPr="00FE0F6C" w:rsidRDefault="00D44123" w:rsidP="006122FC">
      <w:pPr>
        <w:jc w:val="center"/>
        <w:rPr>
          <w:rFonts w:asciiTheme="majorHAnsi" w:hAnsiTheme="majorHAnsi" w:cstheme="majorHAnsi"/>
          <w:b/>
          <w:bCs/>
        </w:rPr>
      </w:pPr>
    </w:p>
    <w:p w14:paraId="723061EC" w14:textId="1E4D2293" w:rsidR="00CA5499" w:rsidRPr="00FE0F6C" w:rsidRDefault="005E653B" w:rsidP="006122FC">
      <w:pPr>
        <w:jc w:val="center"/>
        <w:rPr>
          <w:rFonts w:asciiTheme="majorHAnsi" w:hAnsiTheme="majorHAnsi" w:cstheme="majorHAnsi"/>
          <w:b/>
          <w:bCs/>
          <w:color w:val="548DD4" w:themeColor="text2" w:themeTint="99"/>
          <w:sz w:val="28"/>
          <w:szCs w:val="28"/>
        </w:rPr>
      </w:pPr>
      <w:r w:rsidRPr="00FE0F6C">
        <w:rPr>
          <w:rFonts w:asciiTheme="majorHAnsi" w:hAnsiTheme="majorHAnsi" w:cstheme="majorHAnsi"/>
          <w:b/>
          <w:bCs/>
          <w:color w:val="548DD4" w:themeColor="text2" w:themeTint="99"/>
          <w:sz w:val="28"/>
          <w:szCs w:val="28"/>
        </w:rPr>
        <w:t>QUESTIONNAIRE D’ÉVALUATION DES BESOINS ET DES AMÉNAGEMENTS EN FORMATION</w:t>
      </w:r>
    </w:p>
    <w:p w14:paraId="29968632" w14:textId="49D17CFE" w:rsidR="00CA5499" w:rsidRPr="00FE0F6C" w:rsidRDefault="00D04B27" w:rsidP="005E653B">
      <w:pPr>
        <w:jc w:val="both"/>
        <w:rPr>
          <w:rFonts w:asciiTheme="majorHAnsi" w:hAnsiTheme="majorHAnsi" w:cstheme="majorHAnsi"/>
        </w:rPr>
      </w:pPr>
      <w:r w:rsidRPr="00FE0F6C">
        <w:rPr>
          <w:rFonts w:asciiTheme="majorHAnsi" w:hAnsiTheme="majorHAnsi" w:cstheme="majorHAnsi"/>
        </w:rPr>
        <w:t xml:space="preserve">Ce questionnaire </w:t>
      </w:r>
      <w:proofErr w:type="spellStart"/>
      <w:r w:rsidRPr="00FE0F6C">
        <w:rPr>
          <w:rFonts w:asciiTheme="majorHAnsi" w:hAnsiTheme="majorHAnsi" w:cstheme="majorHAnsi"/>
        </w:rPr>
        <w:t>est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traité</w:t>
      </w:r>
      <w:proofErr w:type="spellEnd"/>
      <w:r w:rsidRPr="00FE0F6C">
        <w:rPr>
          <w:rFonts w:asciiTheme="majorHAnsi" w:hAnsiTheme="majorHAnsi" w:cstheme="majorHAnsi"/>
        </w:rPr>
        <w:t xml:space="preserve"> par le </w:t>
      </w:r>
      <w:proofErr w:type="spellStart"/>
      <w:r w:rsidRPr="00FE0F6C">
        <w:rPr>
          <w:rFonts w:asciiTheme="majorHAnsi" w:hAnsiTheme="majorHAnsi" w:cstheme="majorHAnsi"/>
        </w:rPr>
        <w:t>référent</w:t>
      </w:r>
      <w:proofErr w:type="spellEnd"/>
      <w:r w:rsidRPr="00FE0F6C">
        <w:rPr>
          <w:rFonts w:asciiTheme="majorHAnsi" w:hAnsiTheme="majorHAnsi" w:cstheme="majorHAnsi"/>
        </w:rPr>
        <w:t xml:space="preserve"> handicap </w:t>
      </w:r>
      <w:proofErr w:type="spellStart"/>
      <w:r w:rsidRPr="00FE0F6C">
        <w:rPr>
          <w:rFonts w:asciiTheme="majorHAnsi" w:hAnsiTheme="majorHAnsi" w:cstheme="majorHAnsi"/>
        </w:rPr>
        <w:t>d’INFORMETOI</w:t>
      </w:r>
      <w:proofErr w:type="spellEnd"/>
      <w:r w:rsidRPr="00FE0F6C">
        <w:rPr>
          <w:rFonts w:asciiTheme="majorHAnsi" w:hAnsiTheme="majorHAnsi" w:cstheme="majorHAnsi"/>
        </w:rPr>
        <w:t xml:space="preserve">. Il vise à identifier, </w:t>
      </w:r>
      <w:proofErr w:type="spellStart"/>
      <w:r w:rsidRPr="00FE0F6C">
        <w:rPr>
          <w:rFonts w:asciiTheme="majorHAnsi" w:hAnsiTheme="majorHAnsi" w:cstheme="majorHAnsi"/>
        </w:rPr>
        <w:t>en</w:t>
      </w:r>
      <w:proofErr w:type="spellEnd"/>
      <w:r w:rsidRPr="00FE0F6C">
        <w:rPr>
          <w:rFonts w:asciiTheme="majorHAnsi" w:hAnsiTheme="majorHAnsi" w:cstheme="majorHAnsi"/>
        </w:rPr>
        <w:t xml:space="preserve"> toute </w:t>
      </w:r>
      <w:proofErr w:type="spellStart"/>
      <w:r w:rsidRPr="00FE0F6C">
        <w:rPr>
          <w:rFonts w:asciiTheme="majorHAnsi" w:hAnsiTheme="majorHAnsi" w:cstheme="majorHAnsi"/>
        </w:rPr>
        <w:t>confidentialité</w:t>
      </w:r>
      <w:proofErr w:type="spellEnd"/>
      <w:r w:rsidRPr="00FE0F6C">
        <w:rPr>
          <w:rFonts w:asciiTheme="majorHAnsi" w:hAnsiTheme="majorHAnsi" w:cstheme="majorHAnsi"/>
        </w:rPr>
        <w:t xml:space="preserve">, les </w:t>
      </w:r>
      <w:proofErr w:type="spellStart"/>
      <w:r w:rsidRPr="00FE0F6C">
        <w:rPr>
          <w:rFonts w:asciiTheme="majorHAnsi" w:hAnsiTheme="majorHAnsi" w:cstheme="majorHAnsi"/>
        </w:rPr>
        <w:t>besoins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spécifiques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pouvant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nécessiter</w:t>
      </w:r>
      <w:proofErr w:type="spellEnd"/>
      <w:r w:rsidRPr="00FE0F6C">
        <w:rPr>
          <w:rFonts w:asciiTheme="majorHAnsi" w:hAnsiTheme="majorHAnsi" w:cstheme="majorHAnsi"/>
        </w:rPr>
        <w:t xml:space="preserve"> un </w:t>
      </w:r>
      <w:proofErr w:type="spellStart"/>
      <w:r w:rsidRPr="00FE0F6C">
        <w:rPr>
          <w:rFonts w:asciiTheme="majorHAnsi" w:hAnsiTheme="majorHAnsi" w:cstheme="majorHAnsi"/>
        </w:rPr>
        <w:t>aménagement</w:t>
      </w:r>
      <w:proofErr w:type="spellEnd"/>
      <w:r w:rsidRPr="00FE0F6C">
        <w:rPr>
          <w:rFonts w:asciiTheme="majorHAnsi" w:hAnsiTheme="majorHAnsi" w:cstheme="majorHAnsi"/>
        </w:rPr>
        <w:t xml:space="preserve"> de </w:t>
      </w:r>
      <w:proofErr w:type="spellStart"/>
      <w:r w:rsidRPr="00FE0F6C">
        <w:rPr>
          <w:rFonts w:asciiTheme="majorHAnsi" w:hAnsiTheme="majorHAnsi" w:cstheme="majorHAnsi"/>
        </w:rPr>
        <w:t>votre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parcours</w:t>
      </w:r>
      <w:proofErr w:type="spellEnd"/>
      <w:r w:rsidRPr="00FE0F6C">
        <w:rPr>
          <w:rFonts w:asciiTheme="majorHAnsi" w:hAnsiTheme="majorHAnsi" w:cstheme="majorHAnsi"/>
        </w:rPr>
        <w:t xml:space="preserve"> de formation. Les </w:t>
      </w:r>
      <w:proofErr w:type="spellStart"/>
      <w:r w:rsidRPr="00FE0F6C">
        <w:rPr>
          <w:rFonts w:asciiTheme="majorHAnsi" w:hAnsiTheme="majorHAnsi" w:cstheme="majorHAnsi"/>
        </w:rPr>
        <w:t>réponses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permettront</w:t>
      </w:r>
      <w:proofErr w:type="spellEnd"/>
      <w:r w:rsidRPr="00FE0F6C">
        <w:rPr>
          <w:rFonts w:asciiTheme="majorHAnsi" w:hAnsiTheme="majorHAnsi" w:cstheme="majorHAnsi"/>
        </w:rPr>
        <w:t xml:space="preserve"> de </w:t>
      </w:r>
      <w:proofErr w:type="spellStart"/>
      <w:r w:rsidRPr="00FE0F6C">
        <w:rPr>
          <w:rFonts w:asciiTheme="majorHAnsi" w:hAnsiTheme="majorHAnsi" w:cstheme="majorHAnsi"/>
        </w:rPr>
        <w:t>solliciter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nos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partenaires</w:t>
      </w:r>
      <w:proofErr w:type="spellEnd"/>
      <w:r w:rsidRPr="00FE0F6C">
        <w:rPr>
          <w:rFonts w:asciiTheme="majorHAnsi" w:hAnsiTheme="majorHAnsi" w:cstheme="majorHAnsi"/>
        </w:rPr>
        <w:t xml:space="preserve"> (AGEFIPH, RHF, </w:t>
      </w:r>
      <w:proofErr w:type="spellStart"/>
      <w:r w:rsidR="005E653B" w:rsidRPr="00FE0F6C">
        <w:rPr>
          <w:rFonts w:asciiTheme="majorHAnsi" w:hAnsiTheme="majorHAnsi" w:cstheme="majorHAnsi"/>
        </w:rPr>
        <w:t>Certificateur</w:t>
      </w:r>
      <w:proofErr w:type="spellEnd"/>
      <w:r w:rsidR="005E653B" w:rsidRPr="00FE0F6C">
        <w:rPr>
          <w:rFonts w:asciiTheme="majorHAnsi" w:hAnsiTheme="majorHAnsi" w:cstheme="majorHAnsi"/>
        </w:rPr>
        <w:t xml:space="preserve"> </w:t>
      </w:r>
      <w:r w:rsidRPr="00FE0F6C">
        <w:rPr>
          <w:rFonts w:asciiTheme="majorHAnsi" w:hAnsiTheme="majorHAnsi" w:cstheme="majorHAnsi"/>
        </w:rPr>
        <w:t xml:space="preserve">etc.) </w:t>
      </w:r>
      <w:proofErr w:type="spellStart"/>
      <w:r w:rsidRPr="00FE0F6C">
        <w:rPr>
          <w:rFonts w:asciiTheme="majorHAnsi" w:hAnsiTheme="majorHAnsi" w:cstheme="majorHAnsi"/>
        </w:rPr>
        <w:t>afin</w:t>
      </w:r>
      <w:proofErr w:type="spellEnd"/>
      <w:r w:rsidRPr="00FE0F6C">
        <w:rPr>
          <w:rFonts w:asciiTheme="majorHAnsi" w:hAnsiTheme="majorHAnsi" w:cstheme="majorHAnsi"/>
        </w:rPr>
        <w:t xml:space="preserve"> de </w:t>
      </w:r>
      <w:proofErr w:type="spellStart"/>
      <w:r w:rsidRPr="00FE0F6C">
        <w:rPr>
          <w:rFonts w:asciiTheme="majorHAnsi" w:hAnsiTheme="majorHAnsi" w:cstheme="majorHAnsi"/>
        </w:rPr>
        <w:t>mettre</w:t>
      </w:r>
      <w:proofErr w:type="spellEnd"/>
      <w:r w:rsidRPr="00FE0F6C">
        <w:rPr>
          <w:rFonts w:asciiTheme="majorHAnsi" w:hAnsiTheme="majorHAnsi" w:cstheme="majorHAnsi"/>
        </w:rPr>
        <w:t xml:space="preserve"> </w:t>
      </w:r>
      <w:proofErr w:type="spellStart"/>
      <w:r w:rsidRPr="00FE0F6C">
        <w:rPr>
          <w:rFonts w:asciiTheme="majorHAnsi" w:hAnsiTheme="majorHAnsi" w:cstheme="majorHAnsi"/>
        </w:rPr>
        <w:t>en</w:t>
      </w:r>
      <w:proofErr w:type="spellEnd"/>
      <w:r w:rsidRPr="00FE0F6C">
        <w:rPr>
          <w:rFonts w:asciiTheme="majorHAnsi" w:hAnsiTheme="majorHAnsi" w:cstheme="majorHAnsi"/>
        </w:rPr>
        <w:t xml:space="preserve"> place les adaptations </w:t>
      </w:r>
      <w:proofErr w:type="spellStart"/>
      <w:r w:rsidRPr="00FE0F6C">
        <w:rPr>
          <w:rFonts w:asciiTheme="majorHAnsi" w:hAnsiTheme="majorHAnsi" w:cstheme="majorHAnsi"/>
        </w:rPr>
        <w:t>appropriées</w:t>
      </w:r>
      <w:proofErr w:type="spellEnd"/>
      <w:r w:rsidRPr="00FE0F6C">
        <w:rPr>
          <w:rFonts w:asciiTheme="majorHAnsi" w:hAnsiTheme="majorHAnsi" w:cstheme="majorHAnsi"/>
        </w:rPr>
        <w:t>.</w:t>
      </w:r>
    </w:p>
    <w:p w14:paraId="01B111D8" w14:textId="21C85325" w:rsidR="005E653B" w:rsidRPr="00FE0F6C" w:rsidRDefault="005E653B" w:rsidP="005E653B">
      <w:pPr>
        <w:pStyle w:val="Corpsdetexte"/>
        <w:rPr>
          <w:rFonts w:asciiTheme="majorHAnsi" w:hAnsiTheme="majorHAnsi" w:cstheme="majorHAnsi"/>
        </w:rPr>
      </w:pPr>
      <w:proofErr w:type="spellStart"/>
      <w:r w:rsidRPr="00FE0F6C">
        <w:rPr>
          <w:rFonts w:asciiTheme="majorHAnsi" w:hAnsiTheme="majorHAnsi" w:cstheme="majorHAnsi"/>
        </w:rPr>
        <w:t>Intitulé</w:t>
      </w:r>
      <w:proofErr w:type="spellEnd"/>
      <w:r w:rsidRPr="00FE0F6C">
        <w:rPr>
          <w:rFonts w:asciiTheme="majorHAnsi" w:hAnsiTheme="majorHAnsi" w:cstheme="majorHAnsi"/>
          <w:spacing w:val="-7"/>
        </w:rPr>
        <w:t xml:space="preserve"> </w:t>
      </w:r>
      <w:r w:rsidRPr="00FE0F6C">
        <w:rPr>
          <w:rFonts w:asciiTheme="majorHAnsi" w:hAnsiTheme="majorHAnsi" w:cstheme="majorHAnsi"/>
        </w:rPr>
        <w:t>de</w:t>
      </w:r>
      <w:r w:rsidRPr="00FE0F6C">
        <w:rPr>
          <w:rFonts w:asciiTheme="majorHAnsi" w:hAnsiTheme="majorHAnsi" w:cstheme="majorHAnsi"/>
          <w:spacing w:val="-4"/>
        </w:rPr>
        <w:t xml:space="preserve"> </w:t>
      </w:r>
      <w:r w:rsidRPr="00FE0F6C">
        <w:rPr>
          <w:rFonts w:asciiTheme="majorHAnsi" w:hAnsiTheme="majorHAnsi" w:cstheme="majorHAnsi"/>
        </w:rPr>
        <w:t>la</w:t>
      </w:r>
      <w:r w:rsidRPr="00FE0F6C">
        <w:rPr>
          <w:rFonts w:asciiTheme="majorHAnsi" w:hAnsiTheme="majorHAnsi" w:cstheme="majorHAnsi"/>
          <w:spacing w:val="-4"/>
        </w:rPr>
        <w:t xml:space="preserve"> </w:t>
      </w:r>
      <w:r w:rsidRPr="00FE0F6C">
        <w:rPr>
          <w:rFonts w:asciiTheme="majorHAnsi" w:hAnsiTheme="majorHAnsi" w:cstheme="majorHAnsi"/>
        </w:rPr>
        <w:t>formation</w:t>
      </w:r>
      <w:r w:rsidRPr="00FE0F6C">
        <w:rPr>
          <w:rFonts w:asciiTheme="majorHAnsi" w:hAnsiTheme="majorHAnsi" w:cstheme="majorHAnsi"/>
          <w:spacing w:val="-5"/>
        </w:rPr>
        <w:t xml:space="preserve"> </w:t>
      </w:r>
      <w:r w:rsidRPr="00FE0F6C">
        <w:rPr>
          <w:rFonts w:asciiTheme="majorHAnsi" w:hAnsiTheme="majorHAnsi" w:cstheme="majorHAnsi"/>
        </w:rPr>
        <w:t>:</w:t>
      </w:r>
      <w:r w:rsidRPr="00FE0F6C">
        <w:rPr>
          <w:rFonts w:asciiTheme="majorHAnsi" w:hAnsiTheme="majorHAnsi" w:cstheme="majorHAnsi"/>
          <w:spacing w:val="-8"/>
        </w:rPr>
        <w:t xml:space="preserve"> </w:t>
      </w:r>
      <w:r w:rsidRPr="00FE0F6C">
        <w:rPr>
          <w:rFonts w:asciiTheme="majorHAnsi" w:hAnsiTheme="majorHAnsi" w:cstheme="majorHAnsi"/>
        </w:rPr>
        <w:t>______________________</w:t>
      </w:r>
      <w:r w:rsidR="00FE0F6C">
        <w:rPr>
          <w:rFonts w:asciiTheme="majorHAnsi" w:hAnsiTheme="majorHAnsi" w:cstheme="majorHAnsi"/>
        </w:rPr>
        <w:t>______</w:t>
      </w:r>
      <w:r w:rsidRPr="00FE0F6C">
        <w:rPr>
          <w:rFonts w:asciiTheme="majorHAnsi" w:hAnsiTheme="majorHAnsi" w:cstheme="majorHAnsi"/>
        </w:rPr>
        <w:t>_____</w:t>
      </w:r>
    </w:p>
    <w:p w14:paraId="65DAD068" w14:textId="05E28F7B" w:rsidR="005E653B" w:rsidRPr="00FE0F6C" w:rsidRDefault="005E653B" w:rsidP="005E653B">
      <w:pPr>
        <w:pStyle w:val="Corpsdetexte"/>
        <w:tabs>
          <w:tab w:val="left" w:pos="4966"/>
        </w:tabs>
        <w:spacing w:before="116"/>
        <w:rPr>
          <w:rFonts w:asciiTheme="majorHAnsi" w:hAnsiTheme="majorHAnsi" w:cstheme="majorHAnsi"/>
        </w:rPr>
      </w:pPr>
      <w:r w:rsidRPr="00FE0F6C">
        <w:rPr>
          <w:rFonts w:asciiTheme="majorHAnsi" w:hAnsiTheme="majorHAnsi" w:cstheme="majorHAnsi"/>
        </w:rPr>
        <w:t>Date</w:t>
      </w:r>
      <w:r w:rsidRPr="00FE0F6C">
        <w:rPr>
          <w:rFonts w:asciiTheme="majorHAnsi" w:hAnsiTheme="majorHAnsi" w:cstheme="majorHAnsi"/>
          <w:spacing w:val="-7"/>
        </w:rPr>
        <w:t xml:space="preserve"> </w:t>
      </w:r>
      <w:r w:rsidRPr="00FE0F6C">
        <w:rPr>
          <w:rFonts w:asciiTheme="majorHAnsi" w:hAnsiTheme="majorHAnsi" w:cstheme="majorHAnsi"/>
        </w:rPr>
        <w:t>de la formation</w:t>
      </w:r>
      <w:r w:rsidR="00FE0F6C">
        <w:rPr>
          <w:rFonts w:asciiTheme="majorHAnsi" w:hAnsiTheme="majorHAnsi" w:cstheme="majorHAnsi"/>
          <w:spacing w:val="-7"/>
        </w:rPr>
        <w:t xml:space="preserve"> : _____________________________________</w:t>
      </w:r>
    </w:p>
    <w:p w14:paraId="167A217C" w14:textId="640E1EF1" w:rsidR="005E653B" w:rsidRPr="00FE0F6C" w:rsidRDefault="005E653B" w:rsidP="005E653B">
      <w:pPr>
        <w:pStyle w:val="Corpsdetexte"/>
        <w:rPr>
          <w:rFonts w:asciiTheme="majorHAnsi" w:hAnsiTheme="majorHAnsi" w:cstheme="majorHAnsi"/>
        </w:rPr>
      </w:pPr>
      <w:proofErr w:type="spellStart"/>
      <w:r w:rsidRPr="00FE0F6C">
        <w:rPr>
          <w:rFonts w:asciiTheme="majorHAnsi" w:hAnsiTheme="majorHAnsi" w:cstheme="majorHAnsi"/>
        </w:rPr>
        <w:t>Prénom</w:t>
      </w:r>
      <w:proofErr w:type="spellEnd"/>
      <w:r w:rsidRPr="00FE0F6C">
        <w:rPr>
          <w:rFonts w:asciiTheme="majorHAnsi" w:hAnsiTheme="majorHAnsi" w:cstheme="majorHAnsi"/>
        </w:rPr>
        <w:t>/Nom</w:t>
      </w:r>
      <w:r w:rsidRPr="00FE0F6C">
        <w:rPr>
          <w:rFonts w:asciiTheme="majorHAnsi" w:hAnsiTheme="majorHAnsi" w:cstheme="majorHAnsi"/>
          <w:spacing w:val="-3"/>
        </w:rPr>
        <w:t xml:space="preserve"> </w:t>
      </w:r>
      <w:r w:rsidRPr="00FE0F6C">
        <w:rPr>
          <w:rFonts w:asciiTheme="majorHAnsi" w:hAnsiTheme="majorHAnsi" w:cstheme="majorHAnsi"/>
        </w:rPr>
        <w:t>:</w:t>
      </w:r>
      <w:r w:rsidRPr="00FE0F6C">
        <w:rPr>
          <w:rFonts w:asciiTheme="majorHAnsi" w:hAnsiTheme="majorHAnsi" w:cstheme="majorHAnsi"/>
          <w:spacing w:val="2"/>
        </w:rPr>
        <w:t xml:space="preserve"> </w:t>
      </w:r>
      <w:r w:rsidRPr="00FE0F6C">
        <w:rPr>
          <w:rFonts w:asciiTheme="majorHAnsi" w:hAnsiTheme="majorHAnsi" w:cstheme="majorHAnsi"/>
        </w:rPr>
        <w:t>________________________________________</w:t>
      </w:r>
    </w:p>
    <w:p w14:paraId="66635482" w14:textId="71B5BC85" w:rsidR="005E653B" w:rsidRDefault="005E653B" w:rsidP="005E653B">
      <w:pPr>
        <w:pStyle w:val="Corpsdetexte"/>
        <w:spacing w:before="113"/>
        <w:rPr>
          <w:rFonts w:asciiTheme="majorHAnsi" w:hAnsiTheme="majorHAnsi" w:cstheme="majorHAnsi"/>
        </w:rPr>
      </w:pPr>
      <w:proofErr w:type="spellStart"/>
      <w:r w:rsidRPr="00FE0F6C">
        <w:rPr>
          <w:rFonts w:asciiTheme="majorHAnsi" w:hAnsiTheme="majorHAnsi" w:cstheme="majorHAnsi"/>
          <w:iCs/>
        </w:rPr>
        <w:t>Téléphone</w:t>
      </w:r>
      <w:proofErr w:type="spellEnd"/>
      <w:r w:rsidRPr="00FE0F6C">
        <w:rPr>
          <w:rFonts w:asciiTheme="majorHAnsi" w:hAnsiTheme="majorHAnsi" w:cstheme="majorHAnsi"/>
          <w:spacing w:val="-5"/>
        </w:rPr>
        <w:t xml:space="preserve"> </w:t>
      </w:r>
      <w:r w:rsidRPr="00FE0F6C">
        <w:rPr>
          <w:rFonts w:asciiTheme="majorHAnsi" w:hAnsiTheme="majorHAnsi" w:cstheme="majorHAnsi"/>
        </w:rPr>
        <w:t>:</w:t>
      </w:r>
      <w:r w:rsidRPr="00FE0F6C">
        <w:rPr>
          <w:rFonts w:asciiTheme="majorHAnsi" w:hAnsiTheme="majorHAnsi" w:cstheme="majorHAnsi"/>
          <w:spacing w:val="18"/>
        </w:rPr>
        <w:t xml:space="preserve"> </w:t>
      </w:r>
      <w:r w:rsidRPr="00FE0F6C">
        <w:rPr>
          <w:rFonts w:asciiTheme="majorHAnsi" w:hAnsiTheme="majorHAnsi" w:cstheme="majorHAnsi"/>
        </w:rPr>
        <w:t>_____________________________________ Email : _________________________________________</w:t>
      </w:r>
    </w:p>
    <w:p w14:paraId="447B8128" w14:textId="331A42C6" w:rsidR="00D44123" w:rsidRPr="00FE0F6C" w:rsidRDefault="00D04B27" w:rsidP="005E653B">
      <w:pPr>
        <w:pStyle w:val="Corpsdetexte"/>
        <w:spacing w:before="113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Date : _____________________________________________</w:t>
      </w:r>
    </w:p>
    <w:p w14:paraId="0BADDD7D" w14:textId="77777777" w:rsidR="005E653B" w:rsidRPr="00C90392" w:rsidRDefault="005E653B" w:rsidP="005E653B">
      <w:pPr>
        <w:pStyle w:val="Corpsdetexte"/>
        <w:spacing w:before="6"/>
        <w:rPr>
          <w:rFonts w:ascii="Arial" w:hAnsi="Arial" w:cs="Arial"/>
          <w:sz w:val="10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86"/>
        <w:gridCol w:w="2166"/>
        <w:gridCol w:w="623"/>
        <w:gridCol w:w="795"/>
        <w:gridCol w:w="709"/>
        <w:gridCol w:w="3402"/>
      </w:tblGrid>
      <w:tr w:rsidR="005E653B" w:rsidRPr="00D44123" w14:paraId="59C13CE5" w14:textId="77777777" w:rsidTr="004F557D">
        <w:trPr>
          <w:trHeight w:val="305"/>
        </w:trPr>
        <w:tc>
          <w:tcPr>
            <w:tcW w:w="7079" w:type="dxa"/>
            <w:gridSpan w:val="5"/>
            <w:tcBorders>
              <w:top w:val="nil"/>
              <w:left w:val="nil"/>
            </w:tcBorders>
          </w:tcPr>
          <w:p w14:paraId="2816CB38" w14:textId="77777777" w:rsidR="005E653B" w:rsidRPr="00D44123" w:rsidRDefault="005E653B" w:rsidP="005E653B">
            <w:pPr>
              <w:pStyle w:val="TableParagraph"/>
              <w:ind w:left="0"/>
              <w:rPr>
                <w:szCs w:val="24"/>
              </w:rPr>
            </w:pPr>
          </w:p>
        </w:tc>
        <w:tc>
          <w:tcPr>
            <w:tcW w:w="3402" w:type="dxa"/>
            <w:shd w:val="clear" w:color="auto" w:fill="F79646" w:themeFill="accent6"/>
          </w:tcPr>
          <w:p w14:paraId="0D7EEFC6" w14:textId="57BDDDA2" w:rsidR="005E653B" w:rsidRPr="00D44123" w:rsidRDefault="005E653B" w:rsidP="005E653B">
            <w:pPr>
              <w:pStyle w:val="TableParagraph"/>
              <w:spacing w:before="30"/>
              <w:ind w:left="0"/>
              <w:rPr>
                <w:rFonts w:asciiTheme="majorHAnsi" w:hAnsiTheme="majorHAnsi" w:cstheme="majorHAnsi"/>
                <w:b/>
                <w:szCs w:val="24"/>
              </w:rPr>
            </w:pPr>
            <w:r w:rsidRPr="00D44123">
              <w:rPr>
                <w:rFonts w:asciiTheme="majorHAnsi" w:hAnsiTheme="majorHAnsi" w:cstheme="majorHAnsi"/>
                <w:b/>
                <w:spacing w:val="-2"/>
                <w:szCs w:val="24"/>
              </w:rPr>
              <w:t xml:space="preserve">Si oui, précisez : </w:t>
            </w:r>
          </w:p>
        </w:tc>
      </w:tr>
      <w:tr w:rsidR="005E653B" w:rsidRPr="00D44123" w14:paraId="62D5D139" w14:textId="77777777" w:rsidTr="004F557D">
        <w:trPr>
          <w:trHeight w:val="326"/>
        </w:trPr>
        <w:tc>
          <w:tcPr>
            <w:tcW w:w="10481" w:type="dxa"/>
            <w:gridSpan w:val="6"/>
            <w:shd w:val="clear" w:color="auto" w:fill="8DB3E2" w:themeFill="text2" w:themeFillTint="66"/>
          </w:tcPr>
          <w:p w14:paraId="23AD0149" w14:textId="77777777" w:rsidR="00D44123" w:rsidRDefault="00D44123" w:rsidP="005E653B">
            <w:pPr>
              <w:pStyle w:val="TableParagraph"/>
              <w:spacing w:before="45"/>
              <w:ind w:left="0"/>
              <w:rPr>
                <w:rFonts w:asciiTheme="majorHAnsi" w:hAnsiTheme="majorHAnsi" w:cstheme="majorHAnsi"/>
                <w:b/>
                <w:bCs/>
                <w:color w:val="FFFFFF" w:themeColor="background1"/>
                <w:sz w:val="24"/>
                <w:szCs w:val="28"/>
                <w:lang w:val="en-US"/>
              </w:rPr>
            </w:pPr>
          </w:p>
          <w:p w14:paraId="0657A0D5" w14:textId="6AC1B0EA" w:rsidR="005E653B" w:rsidRDefault="00D44123" w:rsidP="005E653B">
            <w:pPr>
              <w:pStyle w:val="TableParagraph"/>
              <w:spacing w:before="45"/>
              <w:ind w:left="0"/>
              <w:rPr>
                <w:rFonts w:asciiTheme="majorHAnsi" w:hAnsiTheme="majorHAnsi" w:cstheme="majorHAnsi"/>
                <w:b/>
                <w:bCs/>
                <w:color w:val="FFFFFF" w:themeColor="background1"/>
                <w:sz w:val="24"/>
                <w:szCs w:val="28"/>
                <w:lang w:val="en-US"/>
              </w:rPr>
            </w:pPr>
            <w:r w:rsidRPr="00D44123">
              <w:rPr>
                <w:rFonts w:asciiTheme="majorHAnsi" w:hAnsiTheme="majorHAnsi" w:cstheme="majorHAnsi"/>
                <w:b/>
                <w:bCs/>
                <w:color w:val="FFFFFF" w:themeColor="background1"/>
                <w:sz w:val="24"/>
                <w:szCs w:val="28"/>
                <w:lang w:val="en-US"/>
              </w:rPr>
              <w:t>ACCÈS, ACCUEIL ET DÉPLACEMENT</w:t>
            </w:r>
          </w:p>
          <w:p w14:paraId="6549FF58" w14:textId="2C78FA60" w:rsidR="00D44123" w:rsidRPr="00D44123" w:rsidRDefault="00D44123" w:rsidP="005E653B">
            <w:pPr>
              <w:pStyle w:val="TableParagraph"/>
              <w:spacing w:before="45"/>
              <w:ind w:left="0"/>
              <w:rPr>
                <w:rFonts w:asciiTheme="majorHAnsi" w:hAnsiTheme="majorHAnsi" w:cstheme="majorHAnsi"/>
                <w:b/>
                <w:bCs/>
                <w:color w:val="FFFFFF" w:themeColor="background1"/>
                <w:sz w:val="24"/>
                <w:szCs w:val="28"/>
              </w:rPr>
            </w:pPr>
          </w:p>
        </w:tc>
      </w:tr>
      <w:tr w:rsidR="005E653B" w:rsidRPr="00D44123" w14:paraId="3DEA102D" w14:textId="77777777" w:rsidTr="004F557D">
        <w:trPr>
          <w:trHeight w:val="465"/>
        </w:trPr>
        <w:tc>
          <w:tcPr>
            <w:tcW w:w="5575" w:type="dxa"/>
            <w:gridSpan w:val="3"/>
          </w:tcPr>
          <w:p w14:paraId="3FC85405" w14:textId="285A55FF" w:rsidR="005E653B" w:rsidRPr="00D44123" w:rsidRDefault="005E653B" w:rsidP="005E653B">
            <w:pPr>
              <w:pStyle w:val="TableParagraph"/>
              <w:spacing w:before="114"/>
              <w:ind w:left="0"/>
              <w:rPr>
                <w:rFonts w:asciiTheme="majorHAnsi" w:hAnsiTheme="majorHAnsi" w:cstheme="majorHAnsi"/>
                <w:szCs w:val="24"/>
                <w:lang w:val="en-US"/>
              </w:rPr>
            </w:pP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Avez-vous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des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besoins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spécifiques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liés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à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l’accès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aux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locaux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(parking,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ascenseur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,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rampe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,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signalétique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adaptée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,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accompagnement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à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l’entrée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, etc.)</w:t>
            </w:r>
          </w:p>
        </w:tc>
        <w:tc>
          <w:tcPr>
            <w:tcW w:w="795" w:type="dxa"/>
          </w:tcPr>
          <w:p w14:paraId="034C1544" w14:textId="0B35E146" w:rsidR="005E653B" w:rsidRPr="00D44123" w:rsidRDefault="005E653B" w:rsidP="005E653B">
            <w:pPr>
              <w:pStyle w:val="TableParagraph"/>
              <w:spacing w:before="114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Oui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709" w:type="dxa"/>
          </w:tcPr>
          <w:p w14:paraId="18D89631" w14:textId="5651F886" w:rsidR="005E653B" w:rsidRPr="00D44123" w:rsidRDefault="005E653B" w:rsidP="005E653B">
            <w:pPr>
              <w:pStyle w:val="TableParagraph"/>
              <w:spacing w:before="114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Non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3402" w:type="dxa"/>
          </w:tcPr>
          <w:p w14:paraId="48068A07" w14:textId="77777777" w:rsidR="005E653B" w:rsidRPr="00D44123" w:rsidRDefault="005E653B" w:rsidP="005E653B">
            <w:pPr>
              <w:pStyle w:val="TableParagraph"/>
              <w:ind w:left="0"/>
              <w:rPr>
                <w:szCs w:val="24"/>
              </w:rPr>
            </w:pPr>
          </w:p>
        </w:tc>
      </w:tr>
      <w:tr w:rsidR="005E653B" w:rsidRPr="00D44123" w14:paraId="0B54DE01" w14:textId="77777777" w:rsidTr="004F557D">
        <w:trPr>
          <w:trHeight w:val="702"/>
        </w:trPr>
        <w:tc>
          <w:tcPr>
            <w:tcW w:w="5575" w:type="dxa"/>
            <w:gridSpan w:val="3"/>
          </w:tcPr>
          <w:p w14:paraId="577B5BD3" w14:textId="1AB60794" w:rsidR="005E653B" w:rsidRPr="00D44123" w:rsidRDefault="005E653B" w:rsidP="005E653B">
            <w:pPr>
              <w:pStyle w:val="TableParagraph"/>
              <w:spacing w:before="119"/>
              <w:ind w:left="0"/>
              <w:rPr>
                <w:rFonts w:asciiTheme="majorHAnsi" w:hAnsiTheme="majorHAnsi" w:cstheme="majorHAnsi"/>
                <w:szCs w:val="24"/>
              </w:rPr>
            </w:pP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Avez-vous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besoin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d’un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guidage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ou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accompagnement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sur site (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accueil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,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déplacement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dans les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locaux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, aide à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l’installation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, etc.)</w:t>
            </w:r>
          </w:p>
        </w:tc>
        <w:tc>
          <w:tcPr>
            <w:tcW w:w="795" w:type="dxa"/>
          </w:tcPr>
          <w:p w14:paraId="327E8073" w14:textId="789B9629" w:rsidR="005E653B" w:rsidRPr="00D44123" w:rsidRDefault="005E653B" w:rsidP="005E653B">
            <w:pPr>
              <w:pStyle w:val="TableParagraph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Oui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709" w:type="dxa"/>
          </w:tcPr>
          <w:p w14:paraId="3A128A9A" w14:textId="03DC8DAC" w:rsidR="005E653B" w:rsidRPr="00D44123" w:rsidRDefault="005E653B" w:rsidP="005E653B">
            <w:pPr>
              <w:pStyle w:val="TableParagraph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Non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3402" w:type="dxa"/>
          </w:tcPr>
          <w:p w14:paraId="745C1314" w14:textId="77777777" w:rsidR="005E653B" w:rsidRPr="00D44123" w:rsidRDefault="005E653B" w:rsidP="005E653B">
            <w:pPr>
              <w:pStyle w:val="TableParagraph"/>
              <w:ind w:left="0"/>
              <w:rPr>
                <w:szCs w:val="24"/>
              </w:rPr>
            </w:pPr>
          </w:p>
        </w:tc>
      </w:tr>
      <w:tr w:rsidR="005E653B" w:rsidRPr="00D44123" w14:paraId="76D36AFA" w14:textId="77777777" w:rsidTr="004F557D">
        <w:trPr>
          <w:trHeight w:val="702"/>
        </w:trPr>
        <w:tc>
          <w:tcPr>
            <w:tcW w:w="5575" w:type="dxa"/>
            <w:gridSpan w:val="3"/>
          </w:tcPr>
          <w:p w14:paraId="7ECF8A11" w14:textId="317B2794" w:rsidR="005E653B" w:rsidRPr="00D44123" w:rsidRDefault="005E653B" w:rsidP="005E653B">
            <w:pPr>
              <w:pStyle w:val="TableParagraph"/>
              <w:spacing w:before="119"/>
              <w:ind w:left="0"/>
              <w:rPr>
                <w:rFonts w:asciiTheme="majorHAnsi" w:hAnsiTheme="majorHAnsi" w:cstheme="majorHAnsi"/>
                <w:szCs w:val="24"/>
                <w:lang w:val="en-US"/>
              </w:rPr>
            </w:pP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Utilisez-vous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un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dispositif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de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mobilité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(fauteuil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roulant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,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canne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,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déambulateur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,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autre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) ?</w:t>
            </w:r>
          </w:p>
        </w:tc>
        <w:tc>
          <w:tcPr>
            <w:tcW w:w="795" w:type="dxa"/>
          </w:tcPr>
          <w:p w14:paraId="7AF09C78" w14:textId="4017DC7E" w:rsidR="005E653B" w:rsidRPr="00D44123" w:rsidRDefault="005E653B" w:rsidP="005E653B">
            <w:pPr>
              <w:pStyle w:val="TableParagraph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Oui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709" w:type="dxa"/>
          </w:tcPr>
          <w:p w14:paraId="7BAF8FD1" w14:textId="6E72B579" w:rsidR="005E653B" w:rsidRPr="00D44123" w:rsidRDefault="005E653B" w:rsidP="005E653B">
            <w:pPr>
              <w:pStyle w:val="TableParagraph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Non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3402" w:type="dxa"/>
          </w:tcPr>
          <w:p w14:paraId="192D383E" w14:textId="77777777" w:rsidR="005E653B" w:rsidRPr="00D44123" w:rsidRDefault="005E653B" w:rsidP="005E653B">
            <w:pPr>
              <w:pStyle w:val="TableParagraph"/>
              <w:ind w:left="0"/>
              <w:rPr>
                <w:szCs w:val="24"/>
              </w:rPr>
            </w:pPr>
          </w:p>
        </w:tc>
      </w:tr>
      <w:tr w:rsidR="005E653B" w:rsidRPr="00D44123" w14:paraId="02D41F29" w14:textId="77777777" w:rsidTr="004F557D">
        <w:trPr>
          <w:trHeight w:val="702"/>
        </w:trPr>
        <w:tc>
          <w:tcPr>
            <w:tcW w:w="5575" w:type="dxa"/>
            <w:gridSpan w:val="3"/>
          </w:tcPr>
          <w:p w14:paraId="31CAEB65" w14:textId="2FC09D8A" w:rsidR="005E653B" w:rsidRPr="00D44123" w:rsidRDefault="005E653B" w:rsidP="005E653B">
            <w:pPr>
              <w:pStyle w:val="TableParagraph"/>
              <w:spacing w:before="119"/>
              <w:ind w:left="0"/>
              <w:rPr>
                <w:rFonts w:asciiTheme="majorHAnsi" w:hAnsiTheme="majorHAnsi" w:cstheme="majorHAnsi"/>
                <w:szCs w:val="24"/>
                <w:lang w:val="en-US"/>
              </w:rPr>
            </w:pP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Souhaitez-vous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que nous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prévoyions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un emplacement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spécifique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dans la salle (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proche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du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formateur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,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d’une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prise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électrique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, de la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porte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, etc.)</w:t>
            </w:r>
          </w:p>
        </w:tc>
        <w:tc>
          <w:tcPr>
            <w:tcW w:w="795" w:type="dxa"/>
          </w:tcPr>
          <w:p w14:paraId="50B5535D" w14:textId="50886E22" w:rsidR="005E653B" w:rsidRPr="00D44123" w:rsidRDefault="005E653B" w:rsidP="005E653B">
            <w:pPr>
              <w:pStyle w:val="TableParagraph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Oui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709" w:type="dxa"/>
          </w:tcPr>
          <w:p w14:paraId="574BF02C" w14:textId="1CF5F6CE" w:rsidR="005E653B" w:rsidRPr="00D44123" w:rsidRDefault="005E653B" w:rsidP="005E653B">
            <w:pPr>
              <w:pStyle w:val="TableParagraph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Non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3402" w:type="dxa"/>
          </w:tcPr>
          <w:p w14:paraId="1749BC93" w14:textId="77777777" w:rsidR="005E653B" w:rsidRPr="00D44123" w:rsidRDefault="005E653B" w:rsidP="005E653B">
            <w:pPr>
              <w:pStyle w:val="TableParagraph"/>
              <w:ind w:left="0"/>
              <w:rPr>
                <w:szCs w:val="24"/>
              </w:rPr>
            </w:pPr>
          </w:p>
        </w:tc>
      </w:tr>
      <w:tr w:rsidR="005E653B" w:rsidRPr="00D44123" w14:paraId="081D1B31" w14:textId="77777777" w:rsidTr="004F557D">
        <w:trPr>
          <w:trHeight w:val="326"/>
        </w:trPr>
        <w:tc>
          <w:tcPr>
            <w:tcW w:w="10481" w:type="dxa"/>
            <w:gridSpan w:val="6"/>
            <w:shd w:val="clear" w:color="auto" w:fill="8DB3E2" w:themeFill="text2" w:themeFillTint="66"/>
          </w:tcPr>
          <w:p w14:paraId="67501721" w14:textId="77777777" w:rsidR="00D44123" w:rsidRDefault="00D44123" w:rsidP="005E653B">
            <w:pPr>
              <w:pStyle w:val="TableParagraph"/>
              <w:spacing w:before="45"/>
              <w:ind w:left="0"/>
              <w:rPr>
                <w:rFonts w:asciiTheme="majorHAnsi" w:hAnsiTheme="majorHAnsi" w:cstheme="majorHAnsi"/>
                <w:b/>
                <w:bCs/>
                <w:color w:val="FFFFFF" w:themeColor="background1"/>
                <w:sz w:val="24"/>
                <w:szCs w:val="28"/>
                <w:lang w:val="en-US"/>
              </w:rPr>
            </w:pPr>
          </w:p>
          <w:p w14:paraId="7F7F63B5" w14:textId="77777777" w:rsidR="005E653B" w:rsidRDefault="00C90392" w:rsidP="005E653B">
            <w:pPr>
              <w:pStyle w:val="TableParagraph"/>
              <w:spacing w:before="45"/>
              <w:ind w:left="0"/>
              <w:rPr>
                <w:rFonts w:asciiTheme="majorHAnsi" w:hAnsiTheme="majorHAnsi" w:cstheme="majorHAnsi"/>
                <w:b/>
                <w:bCs/>
                <w:color w:val="FFFFFF" w:themeColor="background1"/>
                <w:sz w:val="24"/>
                <w:szCs w:val="28"/>
                <w:lang w:val="en-US"/>
              </w:rPr>
            </w:pPr>
            <w:r w:rsidRPr="00D44123">
              <w:rPr>
                <w:rFonts w:asciiTheme="majorHAnsi" w:hAnsiTheme="majorHAnsi" w:cstheme="majorHAnsi"/>
                <w:b/>
                <w:bCs/>
                <w:color w:val="FFFFFF" w:themeColor="background1"/>
                <w:sz w:val="24"/>
                <w:szCs w:val="28"/>
                <w:lang w:val="en-US"/>
              </w:rPr>
              <w:t>COMMUNICATION ET ACCOMPAGNEMENT HUMAIN</w:t>
            </w:r>
          </w:p>
          <w:p w14:paraId="51D58A07" w14:textId="63EF1D9E" w:rsidR="00D44123" w:rsidRPr="00D44123" w:rsidRDefault="00D44123" w:rsidP="005E653B">
            <w:pPr>
              <w:pStyle w:val="TableParagraph"/>
              <w:spacing w:before="45"/>
              <w:ind w:left="0"/>
              <w:rPr>
                <w:rFonts w:asciiTheme="majorHAnsi" w:hAnsiTheme="majorHAnsi" w:cstheme="majorHAnsi"/>
                <w:b/>
                <w:bCs/>
                <w:color w:val="FFFFFF" w:themeColor="background1"/>
                <w:sz w:val="24"/>
                <w:szCs w:val="28"/>
                <w:lang w:val="en-US"/>
              </w:rPr>
            </w:pPr>
          </w:p>
        </w:tc>
      </w:tr>
      <w:tr w:rsidR="005E653B" w:rsidRPr="00D44123" w14:paraId="4347291E" w14:textId="77777777" w:rsidTr="004F557D">
        <w:trPr>
          <w:trHeight w:val="436"/>
        </w:trPr>
        <w:tc>
          <w:tcPr>
            <w:tcW w:w="5575" w:type="dxa"/>
            <w:gridSpan w:val="3"/>
          </w:tcPr>
          <w:p w14:paraId="5FA8E8D0" w14:textId="7296261D" w:rsidR="005E653B" w:rsidRPr="00D44123" w:rsidRDefault="00C90392" w:rsidP="005E653B">
            <w:pPr>
              <w:pStyle w:val="TableParagraph"/>
              <w:spacing w:before="100"/>
              <w:ind w:left="0"/>
              <w:rPr>
                <w:rFonts w:asciiTheme="majorHAnsi" w:hAnsiTheme="majorHAnsi" w:cstheme="majorHAnsi"/>
                <w:szCs w:val="24"/>
              </w:rPr>
            </w:pP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Avez-vous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des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besoins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particuliers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en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matière de communication (langue des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signes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, transcription, documents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simplifiés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,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accompagnement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visuel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, etc.) ?</w:t>
            </w:r>
          </w:p>
        </w:tc>
        <w:tc>
          <w:tcPr>
            <w:tcW w:w="795" w:type="dxa"/>
          </w:tcPr>
          <w:p w14:paraId="6DF84E60" w14:textId="77777777" w:rsidR="005E653B" w:rsidRPr="00D44123" w:rsidRDefault="005E653B" w:rsidP="005E653B">
            <w:pPr>
              <w:pStyle w:val="TableParagraph"/>
              <w:spacing w:before="100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Oui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709" w:type="dxa"/>
          </w:tcPr>
          <w:p w14:paraId="69E39868" w14:textId="77777777" w:rsidR="005E653B" w:rsidRPr="00D44123" w:rsidRDefault="005E653B" w:rsidP="005E653B">
            <w:pPr>
              <w:pStyle w:val="TableParagraph"/>
              <w:spacing w:before="100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Non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3402" w:type="dxa"/>
          </w:tcPr>
          <w:p w14:paraId="5B5ABE66" w14:textId="77777777" w:rsidR="005E653B" w:rsidRPr="00D44123" w:rsidRDefault="005E653B" w:rsidP="005E653B">
            <w:pPr>
              <w:pStyle w:val="TableParagraph"/>
              <w:ind w:left="0"/>
              <w:rPr>
                <w:szCs w:val="24"/>
              </w:rPr>
            </w:pPr>
          </w:p>
        </w:tc>
      </w:tr>
      <w:tr w:rsidR="005E653B" w:rsidRPr="00D44123" w14:paraId="0AA13D36" w14:textId="77777777" w:rsidTr="004F557D">
        <w:trPr>
          <w:trHeight w:val="436"/>
        </w:trPr>
        <w:tc>
          <w:tcPr>
            <w:tcW w:w="5575" w:type="dxa"/>
            <w:gridSpan w:val="3"/>
          </w:tcPr>
          <w:p w14:paraId="49E35AD6" w14:textId="7D8320D6" w:rsidR="005E653B" w:rsidRPr="00D44123" w:rsidRDefault="00C90392" w:rsidP="005E653B">
            <w:pPr>
              <w:pStyle w:val="TableParagraph"/>
              <w:spacing w:before="100"/>
              <w:ind w:left="0"/>
              <w:rPr>
                <w:rFonts w:asciiTheme="majorHAnsi" w:hAnsiTheme="majorHAnsi" w:cstheme="majorHAnsi"/>
                <w:szCs w:val="24"/>
              </w:rPr>
            </w:pPr>
            <w:proofErr w:type="spellStart"/>
            <w:r w:rsidRPr="00D44123">
              <w:rPr>
                <w:rFonts w:asciiTheme="majorHAnsi" w:hAnsiTheme="majorHAnsi" w:cstheme="majorHAnsi"/>
                <w:spacing w:val="-2"/>
                <w:szCs w:val="24"/>
                <w:lang w:val="en-US"/>
              </w:rPr>
              <w:t>Avez-vous</w:t>
            </w:r>
            <w:proofErr w:type="spellEnd"/>
            <w:r w:rsidRPr="00D44123">
              <w:rPr>
                <w:rFonts w:asciiTheme="majorHAnsi" w:hAnsiTheme="majorHAnsi" w:cstheme="majorHAnsi"/>
                <w:spacing w:val="-2"/>
                <w:szCs w:val="24"/>
                <w:lang w:val="en-US"/>
              </w:rPr>
              <w:t xml:space="preserve"> </w:t>
            </w:r>
            <w:proofErr w:type="spellStart"/>
            <w:r w:rsidRPr="00D44123">
              <w:rPr>
                <w:rFonts w:asciiTheme="majorHAnsi" w:hAnsiTheme="majorHAnsi" w:cstheme="majorHAnsi"/>
                <w:spacing w:val="-2"/>
                <w:szCs w:val="24"/>
                <w:lang w:val="en-US"/>
              </w:rPr>
              <w:t>besoin</w:t>
            </w:r>
            <w:proofErr w:type="spellEnd"/>
            <w:r w:rsidRPr="00D44123">
              <w:rPr>
                <w:rFonts w:asciiTheme="majorHAnsi" w:hAnsiTheme="majorHAnsi" w:cstheme="majorHAnsi"/>
                <w:spacing w:val="-2"/>
                <w:szCs w:val="24"/>
                <w:lang w:val="en-US"/>
              </w:rPr>
              <w:t xml:space="preserve"> d’un </w:t>
            </w:r>
            <w:proofErr w:type="spellStart"/>
            <w:r w:rsidRPr="00D44123">
              <w:rPr>
                <w:rFonts w:asciiTheme="majorHAnsi" w:hAnsiTheme="majorHAnsi" w:cstheme="majorHAnsi"/>
                <w:spacing w:val="-2"/>
                <w:szCs w:val="24"/>
                <w:lang w:val="en-US"/>
              </w:rPr>
              <w:t>interprète</w:t>
            </w:r>
            <w:proofErr w:type="spellEnd"/>
            <w:r w:rsidRPr="00D44123">
              <w:rPr>
                <w:rFonts w:asciiTheme="majorHAnsi" w:hAnsiTheme="majorHAnsi" w:cstheme="majorHAnsi"/>
                <w:spacing w:val="-2"/>
                <w:szCs w:val="24"/>
                <w:lang w:val="en-US"/>
              </w:rPr>
              <w:t xml:space="preserve">, </w:t>
            </w:r>
            <w:proofErr w:type="spellStart"/>
            <w:r w:rsidRPr="00D44123">
              <w:rPr>
                <w:rFonts w:asciiTheme="majorHAnsi" w:hAnsiTheme="majorHAnsi" w:cstheme="majorHAnsi"/>
                <w:spacing w:val="-2"/>
                <w:szCs w:val="24"/>
                <w:lang w:val="en-US"/>
              </w:rPr>
              <w:t>codeur</w:t>
            </w:r>
            <w:proofErr w:type="spellEnd"/>
            <w:r w:rsidRPr="00D44123">
              <w:rPr>
                <w:rFonts w:asciiTheme="majorHAnsi" w:hAnsiTheme="majorHAnsi" w:cstheme="majorHAnsi"/>
                <w:spacing w:val="-2"/>
                <w:szCs w:val="24"/>
                <w:lang w:val="en-US"/>
              </w:rPr>
              <w:t xml:space="preserve"> LPC, aide humaine, </w:t>
            </w:r>
            <w:proofErr w:type="spellStart"/>
            <w:r w:rsidRPr="00D44123">
              <w:rPr>
                <w:rFonts w:asciiTheme="majorHAnsi" w:hAnsiTheme="majorHAnsi" w:cstheme="majorHAnsi"/>
                <w:spacing w:val="-2"/>
                <w:szCs w:val="24"/>
                <w:lang w:val="en-US"/>
              </w:rPr>
              <w:t>ou</w:t>
            </w:r>
            <w:proofErr w:type="spellEnd"/>
            <w:r w:rsidRPr="00D44123">
              <w:rPr>
                <w:rFonts w:asciiTheme="majorHAnsi" w:hAnsiTheme="majorHAnsi" w:cstheme="majorHAnsi"/>
                <w:spacing w:val="-2"/>
                <w:szCs w:val="24"/>
                <w:lang w:val="en-US"/>
              </w:rPr>
              <w:t xml:space="preserve"> assistant technique pendant la formation ?</w:t>
            </w:r>
          </w:p>
        </w:tc>
        <w:tc>
          <w:tcPr>
            <w:tcW w:w="795" w:type="dxa"/>
          </w:tcPr>
          <w:p w14:paraId="3220A59A" w14:textId="77777777" w:rsidR="005E653B" w:rsidRPr="00D44123" w:rsidRDefault="005E653B" w:rsidP="005E653B">
            <w:pPr>
              <w:pStyle w:val="TableParagraph"/>
              <w:spacing w:before="100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Oui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709" w:type="dxa"/>
          </w:tcPr>
          <w:p w14:paraId="297DC0F7" w14:textId="77777777" w:rsidR="005E653B" w:rsidRPr="00D44123" w:rsidRDefault="005E653B" w:rsidP="005E653B">
            <w:pPr>
              <w:pStyle w:val="TableParagraph"/>
              <w:spacing w:before="100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Non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3402" w:type="dxa"/>
          </w:tcPr>
          <w:p w14:paraId="58608A29" w14:textId="77777777" w:rsidR="005E653B" w:rsidRPr="00D44123" w:rsidRDefault="005E653B" w:rsidP="005E653B">
            <w:pPr>
              <w:pStyle w:val="TableParagraph"/>
              <w:ind w:left="0"/>
              <w:rPr>
                <w:szCs w:val="24"/>
              </w:rPr>
            </w:pPr>
          </w:p>
        </w:tc>
      </w:tr>
      <w:tr w:rsidR="00C90392" w:rsidRPr="00D44123" w14:paraId="57868FAE" w14:textId="77777777" w:rsidTr="004F557D">
        <w:trPr>
          <w:trHeight w:val="436"/>
        </w:trPr>
        <w:tc>
          <w:tcPr>
            <w:tcW w:w="5575" w:type="dxa"/>
            <w:gridSpan w:val="3"/>
          </w:tcPr>
          <w:p w14:paraId="1D20CC53" w14:textId="77777777" w:rsidR="00C90392" w:rsidRPr="00D44123" w:rsidRDefault="00C90392" w:rsidP="00C90392">
            <w:pPr>
              <w:pStyle w:val="TableParagraph"/>
              <w:spacing w:before="100"/>
              <w:ind w:left="0"/>
              <w:rPr>
                <w:rFonts w:asciiTheme="majorHAnsi" w:hAnsiTheme="majorHAnsi" w:cstheme="majorHAnsi"/>
                <w:szCs w:val="24"/>
              </w:rPr>
            </w:pPr>
            <w:proofErr w:type="spellStart"/>
            <w:r w:rsidRPr="00D44123">
              <w:rPr>
                <w:rFonts w:asciiTheme="majorHAnsi" w:hAnsiTheme="majorHAnsi" w:cstheme="majorHAnsi"/>
                <w:szCs w:val="24"/>
              </w:rPr>
              <w:t>Venez-vous</w:t>
            </w:r>
            <w:proofErr w:type="spellEnd"/>
            <w:r w:rsidRPr="00D44123">
              <w:rPr>
                <w:rFonts w:asciiTheme="majorHAnsi" w:hAnsiTheme="majorHAnsi" w:cstheme="majorHAnsi"/>
                <w:spacing w:val="-8"/>
                <w:szCs w:val="24"/>
              </w:rPr>
              <w:t xml:space="preserve"> </w:t>
            </w:r>
            <w:r w:rsidRPr="00D44123">
              <w:rPr>
                <w:rFonts w:asciiTheme="majorHAnsi" w:hAnsiTheme="majorHAnsi" w:cstheme="majorHAnsi"/>
                <w:szCs w:val="24"/>
              </w:rPr>
              <w:t>accompagné</w:t>
            </w:r>
            <w:r w:rsidRPr="00D44123">
              <w:rPr>
                <w:rFonts w:asciiTheme="majorHAnsi" w:hAnsiTheme="majorHAnsi" w:cstheme="majorHAnsi"/>
                <w:spacing w:val="-10"/>
                <w:szCs w:val="24"/>
              </w:rPr>
              <w:t xml:space="preserve"> </w:t>
            </w:r>
            <w:r w:rsidRPr="00D44123">
              <w:rPr>
                <w:rFonts w:asciiTheme="majorHAnsi" w:hAnsiTheme="majorHAnsi" w:cstheme="majorHAnsi"/>
                <w:szCs w:val="24"/>
              </w:rPr>
              <w:t>d’une</w:t>
            </w:r>
            <w:r w:rsidRPr="00D44123">
              <w:rPr>
                <w:rFonts w:asciiTheme="majorHAnsi" w:hAnsiTheme="majorHAnsi" w:cstheme="majorHAnsi"/>
                <w:spacing w:val="-11"/>
                <w:szCs w:val="24"/>
              </w:rPr>
              <w:t xml:space="preserve"> </w:t>
            </w:r>
            <w:r w:rsidRPr="00D44123">
              <w:rPr>
                <w:rFonts w:asciiTheme="majorHAnsi" w:hAnsiTheme="majorHAnsi" w:cstheme="majorHAnsi"/>
                <w:szCs w:val="24"/>
              </w:rPr>
              <w:t>aide</w:t>
            </w:r>
            <w:r w:rsidRPr="00D44123">
              <w:rPr>
                <w:rFonts w:asciiTheme="majorHAnsi" w:hAnsiTheme="majorHAnsi" w:cstheme="majorHAnsi"/>
                <w:spacing w:val="-9"/>
                <w:szCs w:val="24"/>
              </w:rPr>
              <w:t xml:space="preserve"> </w:t>
            </w:r>
            <w:r w:rsidRPr="00D44123">
              <w:rPr>
                <w:rFonts w:asciiTheme="majorHAnsi" w:hAnsiTheme="majorHAnsi" w:cstheme="majorHAnsi"/>
                <w:szCs w:val="24"/>
              </w:rPr>
              <w:t>humaine</w:t>
            </w:r>
            <w:r w:rsidRPr="00D44123">
              <w:rPr>
                <w:rFonts w:asciiTheme="majorHAnsi" w:hAnsiTheme="majorHAnsi" w:cstheme="majorHAnsi"/>
                <w:spacing w:val="-6"/>
                <w:szCs w:val="24"/>
              </w:rPr>
              <w:t xml:space="preserve"> </w:t>
            </w:r>
            <w:r w:rsidRPr="00D44123">
              <w:rPr>
                <w:rFonts w:asciiTheme="majorHAnsi" w:hAnsiTheme="majorHAnsi" w:cstheme="majorHAnsi"/>
                <w:spacing w:val="-10"/>
                <w:szCs w:val="24"/>
              </w:rPr>
              <w:t>?</w:t>
            </w:r>
          </w:p>
        </w:tc>
        <w:tc>
          <w:tcPr>
            <w:tcW w:w="795" w:type="dxa"/>
          </w:tcPr>
          <w:p w14:paraId="0E4B5C67" w14:textId="77777777" w:rsidR="00C90392" w:rsidRPr="00D44123" w:rsidRDefault="00C90392" w:rsidP="00C90392">
            <w:pPr>
              <w:pStyle w:val="TableParagraph"/>
              <w:spacing w:before="100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Oui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709" w:type="dxa"/>
          </w:tcPr>
          <w:p w14:paraId="7C24A37F" w14:textId="77777777" w:rsidR="00C90392" w:rsidRPr="00D44123" w:rsidRDefault="00C90392" w:rsidP="00C90392">
            <w:pPr>
              <w:pStyle w:val="TableParagraph"/>
              <w:spacing w:before="100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Non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3402" w:type="dxa"/>
          </w:tcPr>
          <w:p w14:paraId="24A1354D" w14:textId="77777777" w:rsidR="00C90392" w:rsidRPr="00D44123" w:rsidRDefault="00C90392" w:rsidP="00C90392">
            <w:pPr>
              <w:pStyle w:val="TableParagraph"/>
              <w:ind w:left="0"/>
              <w:rPr>
                <w:szCs w:val="24"/>
              </w:rPr>
            </w:pPr>
          </w:p>
        </w:tc>
      </w:tr>
      <w:tr w:rsidR="00C90392" w:rsidRPr="00D44123" w14:paraId="31F09A7C" w14:textId="77777777" w:rsidTr="004F557D">
        <w:trPr>
          <w:trHeight w:val="460"/>
        </w:trPr>
        <w:tc>
          <w:tcPr>
            <w:tcW w:w="2786" w:type="dxa"/>
          </w:tcPr>
          <w:p w14:paraId="6042F5B4" w14:textId="77777777" w:rsidR="00C90392" w:rsidRPr="00D44123" w:rsidRDefault="00C90392" w:rsidP="00C90392">
            <w:pPr>
              <w:pStyle w:val="TableParagraph"/>
              <w:spacing w:line="230" w:lineRule="exact"/>
              <w:ind w:left="0" w:right="98"/>
              <w:rPr>
                <w:rFonts w:asciiTheme="majorHAnsi" w:hAnsiTheme="majorHAnsi" w:cstheme="majorHAnsi"/>
                <w:szCs w:val="24"/>
              </w:rPr>
            </w:pPr>
            <w:r w:rsidRPr="00D44123">
              <w:rPr>
                <w:rFonts w:asciiTheme="majorHAnsi" w:hAnsiTheme="majorHAnsi" w:cstheme="majorHAnsi"/>
                <w:szCs w:val="24"/>
              </w:rPr>
              <w:t>Nom</w:t>
            </w:r>
            <w:r w:rsidRPr="00D44123">
              <w:rPr>
                <w:rFonts w:asciiTheme="majorHAnsi" w:hAnsiTheme="majorHAnsi" w:cstheme="majorHAnsi"/>
                <w:spacing w:val="-14"/>
                <w:szCs w:val="24"/>
              </w:rPr>
              <w:t xml:space="preserve"> </w:t>
            </w:r>
            <w:r w:rsidRPr="00D44123">
              <w:rPr>
                <w:rFonts w:asciiTheme="majorHAnsi" w:hAnsiTheme="majorHAnsi" w:cstheme="majorHAnsi"/>
                <w:szCs w:val="24"/>
              </w:rPr>
              <w:t>de</w:t>
            </w:r>
            <w:r w:rsidRPr="00D44123">
              <w:rPr>
                <w:rFonts w:asciiTheme="majorHAnsi" w:hAnsiTheme="majorHAnsi" w:cstheme="majorHAnsi"/>
                <w:spacing w:val="-14"/>
                <w:szCs w:val="24"/>
              </w:rPr>
              <w:t xml:space="preserve"> </w:t>
            </w:r>
            <w:r w:rsidRPr="00D44123">
              <w:rPr>
                <w:rFonts w:asciiTheme="majorHAnsi" w:hAnsiTheme="majorHAnsi" w:cstheme="majorHAnsi"/>
                <w:szCs w:val="24"/>
              </w:rPr>
              <w:t>la</w:t>
            </w:r>
            <w:r w:rsidRPr="00D44123">
              <w:rPr>
                <w:rFonts w:asciiTheme="majorHAnsi" w:hAnsiTheme="majorHAnsi" w:cstheme="majorHAnsi"/>
                <w:spacing w:val="-14"/>
                <w:szCs w:val="24"/>
              </w:rPr>
              <w:t xml:space="preserve"> </w:t>
            </w:r>
            <w:r w:rsidRPr="00D44123">
              <w:rPr>
                <w:rFonts w:asciiTheme="majorHAnsi" w:hAnsiTheme="majorHAnsi" w:cstheme="majorHAnsi"/>
                <w:szCs w:val="24"/>
              </w:rPr>
              <w:t>personne</w:t>
            </w:r>
            <w:r w:rsidRPr="00D44123">
              <w:rPr>
                <w:rFonts w:asciiTheme="majorHAnsi" w:hAnsiTheme="majorHAnsi" w:cstheme="majorHAnsi"/>
                <w:spacing w:val="-14"/>
                <w:szCs w:val="24"/>
              </w:rPr>
              <w:t xml:space="preserve"> </w:t>
            </w:r>
            <w:r w:rsidRPr="00D44123">
              <w:rPr>
                <w:rFonts w:asciiTheme="majorHAnsi" w:hAnsiTheme="majorHAnsi" w:cstheme="majorHAnsi"/>
                <w:szCs w:val="24"/>
              </w:rPr>
              <w:t>qui</w:t>
            </w:r>
            <w:r w:rsidRPr="00D44123">
              <w:rPr>
                <w:rFonts w:asciiTheme="majorHAnsi" w:hAnsiTheme="majorHAnsi" w:cstheme="majorHAnsi"/>
                <w:spacing w:val="-14"/>
                <w:szCs w:val="24"/>
              </w:rPr>
              <w:t xml:space="preserve"> </w:t>
            </w:r>
            <w:r w:rsidRPr="00D44123">
              <w:rPr>
                <w:rFonts w:asciiTheme="majorHAnsi" w:hAnsiTheme="majorHAnsi" w:cstheme="majorHAnsi"/>
                <w:szCs w:val="24"/>
              </w:rPr>
              <w:t>vous accompagnera :</w:t>
            </w:r>
          </w:p>
        </w:tc>
        <w:tc>
          <w:tcPr>
            <w:tcW w:w="7695" w:type="dxa"/>
            <w:gridSpan w:val="5"/>
          </w:tcPr>
          <w:p w14:paraId="03D8DF06" w14:textId="77777777" w:rsidR="00C90392" w:rsidRPr="00D44123" w:rsidRDefault="00C90392" w:rsidP="00C90392">
            <w:pPr>
              <w:pStyle w:val="TableParagraph"/>
              <w:ind w:left="0"/>
              <w:rPr>
                <w:rFonts w:asciiTheme="majorHAnsi" w:hAnsiTheme="majorHAnsi" w:cstheme="majorHAnsi"/>
                <w:szCs w:val="24"/>
              </w:rPr>
            </w:pPr>
          </w:p>
        </w:tc>
      </w:tr>
      <w:tr w:rsidR="00C90392" w:rsidRPr="00D44123" w14:paraId="3AC2C840" w14:textId="77777777" w:rsidTr="004F557D">
        <w:trPr>
          <w:trHeight w:val="585"/>
        </w:trPr>
        <w:tc>
          <w:tcPr>
            <w:tcW w:w="5575" w:type="dxa"/>
            <w:gridSpan w:val="3"/>
          </w:tcPr>
          <w:p w14:paraId="76634E73" w14:textId="77777777" w:rsidR="00C90392" w:rsidRPr="00D44123" w:rsidRDefault="00C90392" w:rsidP="00C90392">
            <w:pPr>
              <w:pStyle w:val="TableParagraph"/>
              <w:spacing w:before="174"/>
              <w:ind w:left="0"/>
              <w:rPr>
                <w:rFonts w:asciiTheme="majorHAnsi" w:hAnsiTheme="majorHAnsi" w:cstheme="majorHAnsi"/>
                <w:szCs w:val="24"/>
              </w:rPr>
            </w:pPr>
            <w:proofErr w:type="spellStart"/>
            <w:r w:rsidRPr="00D44123">
              <w:rPr>
                <w:rFonts w:asciiTheme="majorHAnsi" w:hAnsiTheme="majorHAnsi" w:cstheme="majorHAnsi"/>
                <w:szCs w:val="24"/>
              </w:rPr>
              <w:lastRenderedPageBreak/>
              <w:t>Venez-vous</w:t>
            </w:r>
            <w:proofErr w:type="spellEnd"/>
            <w:r w:rsidRPr="00D44123">
              <w:rPr>
                <w:rFonts w:asciiTheme="majorHAnsi" w:hAnsiTheme="majorHAnsi" w:cstheme="majorHAnsi"/>
                <w:spacing w:val="-9"/>
                <w:szCs w:val="24"/>
              </w:rPr>
              <w:t xml:space="preserve"> </w:t>
            </w:r>
            <w:r w:rsidRPr="00D44123">
              <w:rPr>
                <w:rFonts w:asciiTheme="majorHAnsi" w:hAnsiTheme="majorHAnsi" w:cstheme="majorHAnsi"/>
                <w:szCs w:val="24"/>
              </w:rPr>
              <w:t>accompagné</w:t>
            </w:r>
            <w:r w:rsidRPr="00D44123">
              <w:rPr>
                <w:rFonts w:asciiTheme="majorHAnsi" w:hAnsiTheme="majorHAnsi" w:cstheme="majorHAnsi"/>
                <w:spacing w:val="-11"/>
                <w:szCs w:val="24"/>
              </w:rPr>
              <w:t xml:space="preserve"> </w:t>
            </w:r>
            <w:r w:rsidRPr="00D44123">
              <w:rPr>
                <w:rFonts w:asciiTheme="majorHAnsi" w:hAnsiTheme="majorHAnsi" w:cstheme="majorHAnsi"/>
                <w:szCs w:val="24"/>
              </w:rPr>
              <w:t>d’un</w:t>
            </w:r>
            <w:r w:rsidRPr="00D44123">
              <w:rPr>
                <w:rFonts w:asciiTheme="majorHAnsi" w:hAnsiTheme="majorHAnsi" w:cstheme="majorHAnsi"/>
                <w:spacing w:val="-11"/>
                <w:szCs w:val="24"/>
              </w:rPr>
              <w:t xml:space="preserve"> </w:t>
            </w:r>
            <w:r w:rsidRPr="00D44123">
              <w:rPr>
                <w:rFonts w:asciiTheme="majorHAnsi" w:hAnsiTheme="majorHAnsi" w:cstheme="majorHAnsi"/>
                <w:szCs w:val="24"/>
              </w:rPr>
              <w:t>chien</w:t>
            </w:r>
            <w:r w:rsidRPr="00D44123">
              <w:rPr>
                <w:rFonts w:asciiTheme="majorHAnsi" w:hAnsiTheme="majorHAnsi" w:cstheme="majorHAnsi"/>
                <w:spacing w:val="-11"/>
                <w:szCs w:val="24"/>
              </w:rPr>
              <w:t xml:space="preserve"> </w:t>
            </w:r>
            <w:r w:rsidRPr="00D44123">
              <w:rPr>
                <w:rFonts w:asciiTheme="majorHAnsi" w:hAnsiTheme="majorHAnsi" w:cstheme="majorHAnsi"/>
                <w:szCs w:val="24"/>
              </w:rPr>
              <w:t>d’assistance</w:t>
            </w:r>
            <w:r w:rsidRPr="00D44123">
              <w:rPr>
                <w:rFonts w:asciiTheme="majorHAnsi" w:hAnsiTheme="majorHAnsi" w:cstheme="majorHAnsi"/>
                <w:spacing w:val="-6"/>
                <w:szCs w:val="24"/>
              </w:rPr>
              <w:t xml:space="preserve"> </w:t>
            </w:r>
            <w:r w:rsidRPr="00D44123">
              <w:rPr>
                <w:rFonts w:asciiTheme="majorHAnsi" w:hAnsiTheme="majorHAnsi" w:cstheme="majorHAnsi"/>
                <w:spacing w:val="-10"/>
                <w:szCs w:val="24"/>
              </w:rPr>
              <w:t>?</w:t>
            </w:r>
          </w:p>
        </w:tc>
        <w:tc>
          <w:tcPr>
            <w:tcW w:w="795" w:type="dxa"/>
          </w:tcPr>
          <w:p w14:paraId="5AC595F3" w14:textId="77777777" w:rsidR="00C90392" w:rsidRPr="00D44123" w:rsidRDefault="00C90392" w:rsidP="00C90392">
            <w:pPr>
              <w:pStyle w:val="TableParagraph"/>
              <w:spacing w:before="174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Oui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709" w:type="dxa"/>
          </w:tcPr>
          <w:p w14:paraId="69167500" w14:textId="77777777" w:rsidR="00C90392" w:rsidRPr="00D44123" w:rsidRDefault="00C90392" w:rsidP="00C90392">
            <w:pPr>
              <w:pStyle w:val="TableParagraph"/>
              <w:spacing w:before="174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Non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3402" w:type="dxa"/>
          </w:tcPr>
          <w:p w14:paraId="1D936628" w14:textId="77777777" w:rsidR="00C90392" w:rsidRPr="00D44123" w:rsidRDefault="00C90392" w:rsidP="00C90392">
            <w:pPr>
              <w:pStyle w:val="TableParagraph"/>
              <w:ind w:left="0"/>
              <w:rPr>
                <w:szCs w:val="24"/>
              </w:rPr>
            </w:pPr>
          </w:p>
        </w:tc>
      </w:tr>
      <w:tr w:rsidR="00C90392" w:rsidRPr="00D44123" w14:paraId="67FBAE4E" w14:textId="77777777" w:rsidTr="004F557D">
        <w:trPr>
          <w:trHeight w:val="587"/>
        </w:trPr>
        <w:tc>
          <w:tcPr>
            <w:tcW w:w="5575" w:type="dxa"/>
            <w:gridSpan w:val="3"/>
          </w:tcPr>
          <w:p w14:paraId="5D89102C" w14:textId="70AFFF6F" w:rsidR="00D44123" w:rsidRPr="00D44123" w:rsidRDefault="00C90392" w:rsidP="00C90392">
            <w:pPr>
              <w:pStyle w:val="TableParagraph"/>
              <w:spacing w:before="177"/>
              <w:ind w:left="0"/>
              <w:rPr>
                <w:rFonts w:asciiTheme="majorHAnsi" w:hAnsiTheme="majorHAnsi" w:cstheme="majorHAnsi"/>
                <w:spacing w:val="-10"/>
                <w:szCs w:val="24"/>
              </w:rPr>
            </w:pPr>
            <w:r w:rsidRPr="00D44123">
              <w:rPr>
                <w:rFonts w:asciiTheme="majorHAnsi" w:hAnsiTheme="majorHAnsi" w:cstheme="majorHAnsi"/>
                <w:szCs w:val="24"/>
              </w:rPr>
              <w:t>Avez-vous</w:t>
            </w:r>
            <w:r w:rsidRPr="00D44123">
              <w:rPr>
                <w:rFonts w:asciiTheme="majorHAnsi" w:hAnsiTheme="majorHAnsi" w:cstheme="majorHAnsi"/>
                <w:spacing w:val="-6"/>
                <w:szCs w:val="24"/>
              </w:rPr>
              <w:t xml:space="preserve"> </w:t>
            </w:r>
            <w:r w:rsidRPr="00D44123">
              <w:rPr>
                <w:rFonts w:asciiTheme="majorHAnsi" w:hAnsiTheme="majorHAnsi" w:cstheme="majorHAnsi"/>
                <w:szCs w:val="24"/>
              </w:rPr>
              <w:t>un</w:t>
            </w:r>
            <w:r w:rsidRPr="00D44123">
              <w:rPr>
                <w:rFonts w:asciiTheme="majorHAnsi" w:hAnsiTheme="majorHAnsi" w:cstheme="majorHAnsi"/>
                <w:spacing w:val="-7"/>
                <w:szCs w:val="24"/>
              </w:rPr>
              <w:t xml:space="preserve"> </w:t>
            </w:r>
            <w:r w:rsidRPr="00D44123">
              <w:rPr>
                <w:rFonts w:asciiTheme="majorHAnsi" w:hAnsiTheme="majorHAnsi" w:cstheme="majorHAnsi"/>
                <w:szCs w:val="24"/>
              </w:rPr>
              <w:t>besoin</w:t>
            </w:r>
            <w:r w:rsidRPr="00D44123">
              <w:rPr>
                <w:rFonts w:asciiTheme="majorHAnsi" w:hAnsiTheme="majorHAnsi" w:cstheme="majorHAnsi"/>
                <w:spacing w:val="-8"/>
                <w:szCs w:val="24"/>
              </w:rPr>
              <w:t xml:space="preserve"> </w:t>
            </w:r>
            <w:r w:rsidRPr="00D44123">
              <w:rPr>
                <w:rFonts w:asciiTheme="majorHAnsi" w:hAnsiTheme="majorHAnsi" w:cstheme="majorHAnsi"/>
                <w:szCs w:val="24"/>
              </w:rPr>
              <w:t>spécifique</w:t>
            </w:r>
            <w:r w:rsidRPr="00D44123">
              <w:rPr>
                <w:rFonts w:asciiTheme="majorHAnsi" w:hAnsiTheme="majorHAnsi" w:cstheme="majorHAnsi"/>
                <w:spacing w:val="-8"/>
                <w:szCs w:val="24"/>
              </w:rPr>
              <w:t xml:space="preserve"> </w:t>
            </w:r>
            <w:r w:rsidRPr="00D44123">
              <w:rPr>
                <w:rFonts w:asciiTheme="majorHAnsi" w:hAnsiTheme="majorHAnsi" w:cstheme="majorHAnsi"/>
                <w:szCs w:val="24"/>
              </w:rPr>
              <w:t>pour</w:t>
            </w:r>
            <w:r w:rsidRPr="00D44123">
              <w:rPr>
                <w:rFonts w:asciiTheme="majorHAnsi" w:hAnsiTheme="majorHAnsi" w:cstheme="majorHAnsi"/>
                <w:spacing w:val="-8"/>
                <w:szCs w:val="24"/>
              </w:rPr>
              <w:t xml:space="preserve"> </w:t>
            </w:r>
            <w:r w:rsidRPr="00D44123">
              <w:rPr>
                <w:rFonts w:asciiTheme="majorHAnsi" w:hAnsiTheme="majorHAnsi" w:cstheme="majorHAnsi"/>
                <w:szCs w:val="24"/>
              </w:rPr>
              <w:t>votre</w:t>
            </w:r>
            <w:r w:rsidRPr="00D44123">
              <w:rPr>
                <w:rFonts w:asciiTheme="majorHAnsi" w:hAnsiTheme="majorHAnsi" w:cstheme="majorHAnsi"/>
                <w:spacing w:val="-8"/>
                <w:szCs w:val="24"/>
              </w:rPr>
              <w:t xml:space="preserve"> </w:t>
            </w:r>
            <w:r w:rsidRPr="00D44123">
              <w:rPr>
                <w:rFonts w:asciiTheme="majorHAnsi" w:hAnsiTheme="majorHAnsi" w:cstheme="majorHAnsi"/>
                <w:szCs w:val="24"/>
              </w:rPr>
              <w:t>chien</w:t>
            </w:r>
            <w:r w:rsidRPr="00D44123">
              <w:rPr>
                <w:rFonts w:asciiTheme="majorHAnsi" w:hAnsiTheme="majorHAnsi" w:cstheme="majorHAnsi"/>
                <w:spacing w:val="-3"/>
                <w:szCs w:val="24"/>
              </w:rPr>
              <w:t xml:space="preserve"> </w:t>
            </w:r>
            <w:r w:rsidRPr="00D44123">
              <w:rPr>
                <w:rFonts w:asciiTheme="majorHAnsi" w:hAnsiTheme="majorHAnsi" w:cstheme="majorHAnsi"/>
                <w:spacing w:val="-10"/>
                <w:szCs w:val="24"/>
              </w:rPr>
              <w:t>?</w:t>
            </w:r>
          </w:p>
        </w:tc>
        <w:tc>
          <w:tcPr>
            <w:tcW w:w="795" w:type="dxa"/>
          </w:tcPr>
          <w:p w14:paraId="6E3E486A" w14:textId="77777777" w:rsidR="00C90392" w:rsidRPr="00D44123" w:rsidRDefault="00C90392" w:rsidP="00C90392">
            <w:pPr>
              <w:pStyle w:val="TableParagraph"/>
              <w:spacing w:before="177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Oui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709" w:type="dxa"/>
          </w:tcPr>
          <w:p w14:paraId="666D01F1" w14:textId="77777777" w:rsidR="00C90392" w:rsidRPr="00D44123" w:rsidRDefault="00C90392" w:rsidP="00C90392">
            <w:pPr>
              <w:pStyle w:val="TableParagraph"/>
              <w:spacing w:before="177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Non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3402" w:type="dxa"/>
          </w:tcPr>
          <w:p w14:paraId="7EF06911" w14:textId="3A711E2C" w:rsidR="00C90392" w:rsidRPr="00D44123" w:rsidRDefault="00C90392" w:rsidP="00C90392">
            <w:pPr>
              <w:pStyle w:val="TableParagraph"/>
              <w:spacing w:line="227" w:lineRule="exact"/>
              <w:ind w:left="0"/>
              <w:rPr>
                <w:szCs w:val="24"/>
              </w:rPr>
            </w:pPr>
          </w:p>
        </w:tc>
      </w:tr>
      <w:tr w:rsidR="00C90392" w:rsidRPr="00D44123" w14:paraId="377977D3" w14:textId="77777777" w:rsidTr="004F557D">
        <w:trPr>
          <w:trHeight w:val="416"/>
        </w:trPr>
        <w:tc>
          <w:tcPr>
            <w:tcW w:w="10481" w:type="dxa"/>
            <w:gridSpan w:val="6"/>
            <w:shd w:val="clear" w:color="auto" w:fill="8DB3E2" w:themeFill="text2" w:themeFillTint="66"/>
          </w:tcPr>
          <w:p w14:paraId="47E2D416" w14:textId="77777777" w:rsidR="00D44123" w:rsidRDefault="00D44123" w:rsidP="00C90392">
            <w:pPr>
              <w:pStyle w:val="TableParagraph"/>
              <w:spacing w:before="45"/>
              <w:ind w:left="0"/>
              <w:rPr>
                <w:rFonts w:asciiTheme="majorHAnsi" w:hAnsiTheme="majorHAnsi" w:cstheme="majorHAnsi"/>
                <w:b/>
                <w:bCs/>
                <w:color w:val="FFFFFF" w:themeColor="background1"/>
                <w:spacing w:val="-2"/>
                <w:sz w:val="24"/>
                <w:szCs w:val="24"/>
                <w:lang w:val="en-US"/>
              </w:rPr>
            </w:pPr>
          </w:p>
          <w:p w14:paraId="4E503287" w14:textId="15570EE3" w:rsidR="00C90392" w:rsidRDefault="00C90392" w:rsidP="00C90392">
            <w:pPr>
              <w:pStyle w:val="TableParagraph"/>
              <w:spacing w:before="45"/>
              <w:ind w:left="0"/>
              <w:rPr>
                <w:rFonts w:asciiTheme="majorHAnsi" w:hAnsiTheme="majorHAnsi" w:cstheme="majorHAnsi"/>
                <w:b/>
                <w:bCs/>
                <w:color w:val="FFFFFF" w:themeColor="background1"/>
                <w:spacing w:val="-2"/>
                <w:sz w:val="24"/>
                <w:szCs w:val="24"/>
                <w:lang w:val="en-US"/>
              </w:rPr>
            </w:pPr>
            <w:r w:rsidRPr="00D44123">
              <w:rPr>
                <w:rFonts w:asciiTheme="majorHAnsi" w:hAnsiTheme="majorHAnsi" w:cstheme="majorHAnsi"/>
                <w:b/>
                <w:bCs/>
                <w:color w:val="FFFFFF" w:themeColor="background1"/>
                <w:spacing w:val="-2"/>
                <w:sz w:val="24"/>
                <w:szCs w:val="24"/>
                <w:lang w:val="en-US"/>
              </w:rPr>
              <w:t>SUPPORTS, MATÉRIEL ET ENVIRONNEMENT PÉDAGOGIQUE</w:t>
            </w:r>
          </w:p>
          <w:p w14:paraId="2164EA33" w14:textId="23275CBA" w:rsidR="00D44123" w:rsidRPr="00D44123" w:rsidRDefault="00D44123" w:rsidP="00C90392">
            <w:pPr>
              <w:pStyle w:val="TableParagraph"/>
              <w:spacing w:before="45"/>
              <w:ind w:left="0"/>
              <w:rPr>
                <w:rFonts w:asciiTheme="majorHAnsi" w:hAnsiTheme="majorHAnsi" w:cstheme="majorHAnsi"/>
                <w:b/>
                <w:bCs/>
                <w:color w:val="FFFFFF" w:themeColor="background1"/>
                <w:spacing w:val="-2"/>
                <w:sz w:val="24"/>
                <w:szCs w:val="24"/>
                <w:lang w:val="en-US"/>
              </w:rPr>
            </w:pPr>
          </w:p>
        </w:tc>
      </w:tr>
      <w:tr w:rsidR="00C90392" w:rsidRPr="00D44123" w14:paraId="3589B5E2" w14:textId="77777777" w:rsidTr="004F557D">
        <w:trPr>
          <w:trHeight w:val="550"/>
        </w:trPr>
        <w:tc>
          <w:tcPr>
            <w:tcW w:w="5575" w:type="dxa"/>
            <w:gridSpan w:val="3"/>
          </w:tcPr>
          <w:p w14:paraId="49F6B690" w14:textId="14CCA401" w:rsidR="00C90392" w:rsidRPr="00D44123" w:rsidRDefault="00C90392" w:rsidP="00C90392">
            <w:pPr>
              <w:pStyle w:val="TableParagraph"/>
              <w:spacing w:before="66"/>
              <w:ind w:left="0" w:right="102"/>
              <w:jc w:val="both"/>
              <w:rPr>
                <w:rFonts w:asciiTheme="majorHAnsi" w:hAnsiTheme="majorHAnsi" w:cstheme="majorHAnsi"/>
                <w:szCs w:val="24"/>
              </w:rPr>
            </w:pP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Avez-vous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besoin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d’une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</w:t>
            </w:r>
            <w:r w:rsidRPr="00D44123">
              <w:rPr>
                <w:rFonts w:asciiTheme="majorHAnsi" w:hAnsiTheme="majorHAnsi" w:cstheme="majorHAnsi"/>
                <w:b/>
                <w:bCs/>
                <w:szCs w:val="24"/>
                <w:lang w:val="en-US"/>
              </w:rPr>
              <w:t xml:space="preserve">adaptation des supports </w:t>
            </w:r>
            <w:proofErr w:type="spellStart"/>
            <w:r w:rsidRPr="00D44123">
              <w:rPr>
                <w:rFonts w:asciiTheme="majorHAnsi" w:hAnsiTheme="majorHAnsi" w:cstheme="majorHAnsi"/>
                <w:b/>
                <w:bCs/>
                <w:szCs w:val="24"/>
                <w:lang w:val="en-US"/>
              </w:rPr>
              <w:t>pédagogiques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(taille de police,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contraste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, version numérique, audio, braille, lecture à voix haute, etc.) ?</w:t>
            </w:r>
          </w:p>
        </w:tc>
        <w:tc>
          <w:tcPr>
            <w:tcW w:w="795" w:type="dxa"/>
          </w:tcPr>
          <w:p w14:paraId="15547653" w14:textId="075BCD44" w:rsidR="00C90392" w:rsidRPr="00D44123" w:rsidRDefault="00C90392" w:rsidP="00C90392">
            <w:pPr>
              <w:pStyle w:val="TableParagraph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Oui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709" w:type="dxa"/>
          </w:tcPr>
          <w:p w14:paraId="537708B1" w14:textId="67DE6558" w:rsidR="00C90392" w:rsidRPr="00D44123" w:rsidRDefault="00C90392" w:rsidP="00C90392">
            <w:pPr>
              <w:pStyle w:val="TableParagraph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Non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3402" w:type="dxa"/>
          </w:tcPr>
          <w:p w14:paraId="18955FD2" w14:textId="30F2765B" w:rsidR="00C90392" w:rsidRPr="00D44123" w:rsidRDefault="00C90392" w:rsidP="00C90392">
            <w:pPr>
              <w:pStyle w:val="TableParagraph"/>
              <w:spacing w:line="227" w:lineRule="exact"/>
              <w:ind w:left="0"/>
              <w:rPr>
                <w:szCs w:val="24"/>
              </w:rPr>
            </w:pPr>
          </w:p>
        </w:tc>
      </w:tr>
      <w:tr w:rsidR="00C90392" w:rsidRPr="00D44123" w14:paraId="75558491" w14:textId="77777777" w:rsidTr="004F557D">
        <w:trPr>
          <w:trHeight w:val="436"/>
        </w:trPr>
        <w:tc>
          <w:tcPr>
            <w:tcW w:w="5575" w:type="dxa"/>
            <w:gridSpan w:val="3"/>
          </w:tcPr>
          <w:p w14:paraId="7F137A96" w14:textId="4F82A3AC" w:rsidR="00C90392" w:rsidRPr="00D44123" w:rsidRDefault="00C90392" w:rsidP="00C90392">
            <w:pPr>
              <w:pStyle w:val="TableParagraph"/>
              <w:spacing w:before="100"/>
              <w:ind w:left="0"/>
              <w:rPr>
                <w:rFonts w:asciiTheme="majorHAnsi" w:hAnsiTheme="majorHAnsi" w:cstheme="majorHAnsi"/>
                <w:szCs w:val="24"/>
              </w:rPr>
            </w:pP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Avez-vous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besoin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de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recevoir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les supports </w:t>
            </w:r>
            <w:proofErr w:type="spellStart"/>
            <w:r w:rsidRPr="00D44123">
              <w:rPr>
                <w:rFonts w:asciiTheme="majorHAnsi" w:hAnsiTheme="majorHAnsi" w:cstheme="majorHAnsi"/>
                <w:b/>
                <w:bCs/>
                <w:szCs w:val="24"/>
                <w:lang w:val="en-US"/>
              </w:rPr>
              <w:t>en</w:t>
            </w:r>
            <w:proofErr w:type="spellEnd"/>
            <w:r w:rsidRPr="00D44123">
              <w:rPr>
                <w:rFonts w:asciiTheme="majorHAnsi" w:hAnsiTheme="majorHAnsi" w:cstheme="majorHAnsi"/>
                <w:b/>
                <w:bCs/>
                <w:szCs w:val="24"/>
                <w:lang w:val="en-US"/>
              </w:rPr>
              <w:t xml:space="preserve"> </w:t>
            </w:r>
            <w:proofErr w:type="spellStart"/>
            <w:r w:rsidRPr="00D44123">
              <w:rPr>
                <w:rFonts w:asciiTheme="majorHAnsi" w:hAnsiTheme="majorHAnsi" w:cstheme="majorHAnsi"/>
                <w:b/>
                <w:bCs/>
                <w:szCs w:val="24"/>
                <w:lang w:val="en-US"/>
              </w:rPr>
              <w:t>amont</w:t>
            </w:r>
            <w:proofErr w:type="spellEnd"/>
            <w:r w:rsidRPr="00D44123">
              <w:rPr>
                <w:rFonts w:asciiTheme="majorHAnsi" w:hAnsiTheme="majorHAnsi" w:cstheme="majorHAnsi"/>
                <w:b/>
                <w:bCs/>
                <w:szCs w:val="24"/>
                <w:lang w:val="en-US"/>
              </w:rPr>
              <w:t xml:space="preserve"> des sessions</w:t>
            </w:r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pour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une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meilleure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préparation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?</w:t>
            </w:r>
          </w:p>
        </w:tc>
        <w:tc>
          <w:tcPr>
            <w:tcW w:w="795" w:type="dxa"/>
          </w:tcPr>
          <w:p w14:paraId="2952C461" w14:textId="59E2D149" w:rsidR="00C90392" w:rsidRPr="00D44123" w:rsidRDefault="00C90392" w:rsidP="00C90392">
            <w:pPr>
              <w:pStyle w:val="TableParagraph"/>
              <w:spacing w:before="100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Oui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709" w:type="dxa"/>
          </w:tcPr>
          <w:p w14:paraId="674488B0" w14:textId="6D83C212" w:rsidR="00C90392" w:rsidRPr="00D44123" w:rsidRDefault="00C90392" w:rsidP="00C90392">
            <w:pPr>
              <w:pStyle w:val="TableParagraph"/>
              <w:spacing w:before="100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Non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3402" w:type="dxa"/>
          </w:tcPr>
          <w:p w14:paraId="4B3CC4C5" w14:textId="77777777" w:rsidR="00C90392" w:rsidRPr="00D44123" w:rsidRDefault="00C90392" w:rsidP="00C90392">
            <w:pPr>
              <w:pStyle w:val="TableParagraph"/>
              <w:ind w:left="0"/>
              <w:rPr>
                <w:szCs w:val="24"/>
              </w:rPr>
            </w:pPr>
          </w:p>
        </w:tc>
      </w:tr>
      <w:tr w:rsidR="00C90392" w:rsidRPr="00D44123" w14:paraId="5DB476B3" w14:textId="77777777" w:rsidTr="004F557D">
        <w:trPr>
          <w:trHeight w:val="436"/>
        </w:trPr>
        <w:tc>
          <w:tcPr>
            <w:tcW w:w="5575" w:type="dxa"/>
            <w:gridSpan w:val="3"/>
          </w:tcPr>
          <w:p w14:paraId="6CCBA80F" w14:textId="762D3774" w:rsidR="00C90392" w:rsidRPr="00D44123" w:rsidRDefault="00C90392" w:rsidP="00C90392">
            <w:pPr>
              <w:pStyle w:val="TableParagraph"/>
              <w:spacing w:before="100"/>
              <w:ind w:left="0"/>
              <w:rPr>
                <w:rFonts w:asciiTheme="majorHAnsi" w:hAnsiTheme="majorHAnsi" w:cstheme="majorHAnsi"/>
                <w:szCs w:val="24"/>
              </w:rPr>
            </w:pP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Disposez-vous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de </w:t>
            </w:r>
            <w:r w:rsidRPr="00D44123">
              <w:rPr>
                <w:rFonts w:asciiTheme="majorHAnsi" w:hAnsiTheme="majorHAnsi" w:cstheme="majorHAnsi"/>
                <w:b/>
                <w:bCs/>
                <w:szCs w:val="24"/>
                <w:lang w:val="en-US"/>
              </w:rPr>
              <w:t xml:space="preserve">matériel </w:t>
            </w:r>
            <w:proofErr w:type="spellStart"/>
            <w:r w:rsidRPr="00D44123">
              <w:rPr>
                <w:rFonts w:asciiTheme="majorHAnsi" w:hAnsiTheme="majorHAnsi" w:cstheme="majorHAnsi"/>
                <w:b/>
                <w:bCs/>
                <w:szCs w:val="24"/>
                <w:lang w:val="en-US"/>
              </w:rPr>
              <w:t>spécifique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(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informatique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, fauteuil, assistance technique) </w:t>
            </w:r>
          </w:p>
        </w:tc>
        <w:tc>
          <w:tcPr>
            <w:tcW w:w="795" w:type="dxa"/>
          </w:tcPr>
          <w:p w14:paraId="5BFB2B2D" w14:textId="3FFB2DE4" w:rsidR="00C90392" w:rsidRPr="00D44123" w:rsidRDefault="00C90392" w:rsidP="00C90392">
            <w:pPr>
              <w:pStyle w:val="TableParagraph"/>
              <w:spacing w:before="100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Oui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709" w:type="dxa"/>
          </w:tcPr>
          <w:p w14:paraId="4DB4548F" w14:textId="221C4E3C" w:rsidR="00C90392" w:rsidRPr="00D44123" w:rsidRDefault="00C90392" w:rsidP="00C90392">
            <w:pPr>
              <w:pStyle w:val="TableParagraph"/>
              <w:spacing w:before="100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Non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3402" w:type="dxa"/>
          </w:tcPr>
          <w:p w14:paraId="1A1CCB6B" w14:textId="77777777" w:rsidR="00C90392" w:rsidRPr="00D44123" w:rsidRDefault="00C90392" w:rsidP="00C90392">
            <w:pPr>
              <w:pStyle w:val="TableParagraph"/>
              <w:ind w:left="0"/>
              <w:rPr>
                <w:szCs w:val="24"/>
              </w:rPr>
            </w:pPr>
          </w:p>
        </w:tc>
      </w:tr>
      <w:tr w:rsidR="00FE0F6C" w:rsidRPr="00D44123" w14:paraId="7D07B816" w14:textId="77777777" w:rsidTr="004F557D">
        <w:trPr>
          <w:trHeight w:val="436"/>
        </w:trPr>
        <w:tc>
          <w:tcPr>
            <w:tcW w:w="5575" w:type="dxa"/>
            <w:gridSpan w:val="3"/>
          </w:tcPr>
          <w:p w14:paraId="6F3A9F05" w14:textId="35F3D016" w:rsidR="00FE0F6C" w:rsidRPr="00D44123" w:rsidRDefault="00FE0F6C" w:rsidP="00FE0F6C">
            <w:pPr>
              <w:pStyle w:val="TableParagraph"/>
              <w:spacing w:before="100"/>
              <w:ind w:left="0"/>
              <w:rPr>
                <w:rFonts w:asciiTheme="majorHAnsi" w:hAnsiTheme="majorHAnsi" w:cstheme="majorHAnsi"/>
                <w:szCs w:val="24"/>
              </w:rPr>
            </w:pP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Avez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vous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besoin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de matériel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spécifique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?</w:t>
            </w:r>
          </w:p>
        </w:tc>
        <w:tc>
          <w:tcPr>
            <w:tcW w:w="795" w:type="dxa"/>
          </w:tcPr>
          <w:p w14:paraId="36F37588" w14:textId="68A5420C" w:rsidR="00FE0F6C" w:rsidRPr="00D44123" w:rsidRDefault="00FE0F6C" w:rsidP="00FE0F6C">
            <w:pPr>
              <w:pStyle w:val="TableParagraph"/>
              <w:spacing w:before="100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Oui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709" w:type="dxa"/>
          </w:tcPr>
          <w:p w14:paraId="34F0BFD8" w14:textId="082917D0" w:rsidR="00FE0F6C" w:rsidRPr="00D44123" w:rsidRDefault="00FE0F6C" w:rsidP="00FE0F6C">
            <w:pPr>
              <w:pStyle w:val="TableParagraph"/>
              <w:spacing w:before="100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Non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3402" w:type="dxa"/>
          </w:tcPr>
          <w:p w14:paraId="12FC885B" w14:textId="20397871" w:rsidR="00FE0F6C" w:rsidRPr="00D44123" w:rsidRDefault="00FE0F6C" w:rsidP="00FE0F6C">
            <w:pPr>
              <w:pStyle w:val="TableParagraph"/>
              <w:spacing w:line="227" w:lineRule="exact"/>
              <w:ind w:left="0"/>
              <w:rPr>
                <w:szCs w:val="24"/>
              </w:rPr>
            </w:pPr>
          </w:p>
        </w:tc>
      </w:tr>
      <w:tr w:rsidR="00C90392" w:rsidRPr="00D44123" w14:paraId="1E9A7E1A" w14:textId="77777777" w:rsidTr="004F557D">
        <w:trPr>
          <w:trHeight w:val="436"/>
        </w:trPr>
        <w:tc>
          <w:tcPr>
            <w:tcW w:w="10481" w:type="dxa"/>
            <w:gridSpan w:val="6"/>
            <w:shd w:val="clear" w:color="auto" w:fill="8DB3E2" w:themeFill="text2" w:themeFillTint="66"/>
          </w:tcPr>
          <w:p w14:paraId="1D462070" w14:textId="77777777" w:rsidR="00D44123" w:rsidRDefault="00D44123" w:rsidP="00C90392">
            <w:pPr>
              <w:pStyle w:val="TableParagraph"/>
              <w:spacing w:line="227" w:lineRule="exact"/>
              <w:ind w:left="0"/>
              <w:rPr>
                <w:rFonts w:asciiTheme="majorHAnsi" w:hAnsiTheme="majorHAnsi" w:cstheme="majorHAnsi"/>
                <w:b/>
                <w:bCs/>
                <w:color w:val="FFFFFF" w:themeColor="background1"/>
                <w:sz w:val="24"/>
                <w:szCs w:val="24"/>
                <w:lang w:val="en-US"/>
              </w:rPr>
            </w:pPr>
          </w:p>
          <w:p w14:paraId="76C949F6" w14:textId="77777777" w:rsidR="00C90392" w:rsidRDefault="00C90392" w:rsidP="00C90392">
            <w:pPr>
              <w:pStyle w:val="TableParagraph"/>
              <w:spacing w:line="227" w:lineRule="exact"/>
              <w:ind w:left="0"/>
              <w:rPr>
                <w:rFonts w:asciiTheme="majorHAnsi" w:hAnsiTheme="majorHAnsi" w:cstheme="majorHAnsi"/>
                <w:b/>
                <w:bCs/>
                <w:color w:val="FFFFFF" w:themeColor="background1"/>
                <w:sz w:val="24"/>
                <w:szCs w:val="24"/>
                <w:lang w:val="en-US"/>
              </w:rPr>
            </w:pPr>
            <w:r w:rsidRPr="00D44123">
              <w:rPr>
                <w:rFonts w:asciiTheme="majorHAnsi" w:hAnsiTheme="majorHAnsi" w:cstheme="majorHAnsi"/>
                <w:b/>
                <w:bCs/>
                <w:color w:val="FFFFFF" w:themeColor="background1"/>
                <w:sz w:val="24"/>
                <w:szCs w:val="24"/>
                <w:lang w:val="en-US"/>
              </w:rPr>
              <w:t>ORGANISATION, RYTHME ET AMÉNAGEMENTS TEMPORELS</w:t>
            </w:r>
          </w:p>
          <w:p w14:paraId="51E6CEDB" w14:textId="2FA671C1" w:rsidR="00D44123" w:rsidRPr="00D44123" w:rsidRDefault="00D44123" w:rsidP="00C90392">
            <w:pPr>
              <w:pStyle w:val="TableParagraph"/>
              <w:spacing w:line="227" w:lineRule="exact"/>
              <w:ind w:left="0"/>
              <w:rPr>
                <w:rFonts w:asciiTheme="majorHAnsi" w:hAnsiTheme="majorHAnsi" w:cstheme="majorHAnsi"/>
                <w:b/>
                <w:bCs/>
                <w:color w:val="FFFFFF" w:themeColor="background1"/>
                <w:sz w:val="24"/>
                <w:szCs w:val="24"/>
              </w:rPr>
            </w:pPr>
          </w:p>
        </w:tc>
      </w:tr>
      <w:tr w:rsidR="00FE0F6C" w:rsidRPr="00D44123" w14:paraId="79031CCF" w14:textId="77777777" w:rsidTr="004F557D">
        <w:trPr>
          <w:trHeight w:val="436"/>
        </w:trPr>
        <w:tc>
          <w:tcPr>
            <w:tcW w:w="5575" w:type="dxa"/>
            <w:gridSpan w:val="3"/>
          </w:tcPr>
          <w:p w14:paraId="112D288E" w14:textId="69EAC0FA" w:rsidR="00FE0F6C" w:rsidRPr="00D44123" w:rsidRDefault="00FE0F6C" w:rsidP="00FE0F6C">
            <w:pPr>
              <w:pStyle w:val="TableParagraph"/>
              <w:spacing w:before="100"/>
              <w:ind w:left="0"/>
              <w:rPr>
                <w:rFonts w:asciiTheme="majorHAnsi" w:hAnsiTheme="majorHAnsi" w:cstheme="majorHAnsi"/>
                <w:szCs w:val="24"/>
                <w:lang w:val="en-US"/>
              </w:rPr>
            </w:pP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Avez-vous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besoin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d’un </w:t>
            </w:r>
            <w:proofErr w:type="spellStart"/>
            <w:r w:rsidRPr="00D44123">
              <w:rPr>
                <w:rFonts w:asciiTheme="majorHAnsi" w:hAnsiTheme="majorHAnsi" w:cstheme="majorHAnsi"/>
                <w:b/>
                <w:bCs/>
                <w:szCs w:val="24"/>
                <w:lang w:val="en-US"/>
              </w:rPr>
              <w:t>rythme</w:t>
            </w:r>
            <w:proofErr w:type="spellEnd"/>
            <w:r w:rsidRPr="00D44123">
              <w:rPr>
                <w:rFonts w:asciiTheme="majorHAnsi" w:hAnsiTheme="majorHAnsi" w:cstheme="majorHAnsi"/>
                <w:b/>
                <w:bCs/>
                <w:szCs w:val="24"/>
                <w:lang w:val="en-US"/>
              </w:rPr>
              <w:t xml:space="preserve"> de formation </w:t>
            </w:r>
            <w:proofErr w:type="spellStart"/>
            <w:r w:rsidRPr="00D44123">
              <w:rPr>
                <w:rFonts w:asciiTheme="majorHAnsi" w:hAnsiTheme="majorHAnsi" w:cstheme="majorHAnsi"/>
                <w:b/>
                <w:bCs/>
                <w:szCs w:val="24"/>
                <w:lang w:val="en-US"/>
              </w:rPr>
              <w:t>adapté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(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horaires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allégés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, pauses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supplémentaires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, temps de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récupération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,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aménagement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de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l’emploi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du temps) ?</w:t>
            </w:r>
          </w:p>
        </w:tc>
        <w:tc>
          <w:tcPr>
            <w:tcW w:w="795" w:type="dxa"/>
          </w:tcPr>
          <w:p w14:paraId="0C799B6B" w14:textId="1CA5E8E2" w:rsidR="00FE0F6C" w:rsidRPr="00D44123" w:rsidRDefault="00FE0F6C" w:rsidP="00FE0F6C">
            <w:pPr>
              <w:pStyle w:val="TableParagraph"/>
              <w:spacing w:before="100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Oui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709" w:type="dxa"/>
          </w:tcPr>
          <w:p w14:paraId="304C0474" w14:textId="23E3D994" w:rsidR="00FE0F6C" w:rsidRPr="00D44123" w:rsidRDefault="00FE0F6C" w:rsidP="00FE0F6C">
            <w:pPr>
              <w:pStyle w:val="TableParagraph"/>
              <w:spacing w:before="100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Non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3402" w:type="dxa"/>
          </w:tcPr>
          <w:p w14:paraId="6F53B2E6" w14:textId="77777777" w:rsidR="00FE0F6C" w:rsidRPr="00D44123" w:rsidRDefault="00FE0F6C" w:rsidP="00FE0F6C">
            <w:pPr>
              <w:pStyle w:val="TableParagraph"/>
              <w:spacing w:line="227" w:lineRule="exact"/>
              <w:ind w:left="0"/>
              <w:rPr>
                <w:szCs w:val="24"/>
              </w:rPr>
            </w:pPr>
          </w:p>
        </w:tc>
      </w:tr>
      <w:tr w:rsidR="00FE0F6C" w:rsidRPr="00D44123" w14:paraId="3C48DBBF" w14:textId="77777777" w:rsidTr="004F557D">
        <w:trPr>
          <w:trHeight w:val="436"/>
        </w:trPr>
        <w:tc>
          <w:tcPr>
            <w:tcW w:w="5575" w:type="dxa"/>
            <w:gridSpan w:val="3"/>
          </w:tcPr>
          <w:p w14:paraId="4578955A" w14:textId="3E260DE8" w:rsidR="00FE0F6C" w:rsidRPr="00D44123" w:rsidRDefault="00FE0F6C" w:rsidP="00FE0F6C">
            <w:pPr>
              <w:pStyle w:val="TableParagraph"/>
              <w:spacing w:before="100"/>
              <w:ind w:left="0"/>
              <w:rPr>
                <w:rFonts w:asciiTheme="majorHAnsi" w:hAnsiTheme="majorHAnsi" w:cstheme="majorHAnsi"/>
                <w:szCs w:val="24"/>
                <w:lang w:val="en-US"/>
              </w:rPr>
            </w:pP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Avez-vous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besoin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d’un </w:t>
            </w:r>
            <w:r w:rsidRPr="00D44123">
              <w:rPr>
                <w:rFonts w:asciiTheme="majorHAnsi" w:hAnsiTheme="majorHAnsi" w:cstheme="majorHAnsi"/>
                <w:b/>
                <w:bCs/>
                <w:szCs w:val="24"/>
                <w:lang w:val="en-US"/>
              </w:rPr>
              <w:t xml:space="preserve">temps </w:t>
            </w:r>
            <w:proofErr w:type="spellStart"/>
            <w:r w:rsidRPr="00D44123">
              <w:rPr>
                <w:rFonts w:asciiTheme="majorHAnsi" w:hAnsiTheme="majorHAnsi" w:cstheme="majorHAnsi"/>
                <w:b/>
                <w:bCs/>
                <w:szCs w:val="24"/>
                <w:lang w:val="en-US"/>
              </w:rPr>
              <w:t>majoré</w:t>
            </w:r>
            <w:proofErr w:type="spellEnd"/>
            <w:r w:rsidRPr="00D44123">
              <w:rPr>
                <w:rFonts w:asciiTheme="majorHAnsi" w:hAnsiTheme="majorHAnsi" w:cstheme="majorHAnsi"/>
                <w:b/>
                <w:bCs/>
                <w:szCs w:val="24"/>
                <w:lang w:val="en-US"/>
              </w:rPr>
              <w:t xml:space="preserve"> </w:t>
            </w:r>
            <w:proofErr w:type="spellStart"/>
            <w:r w:rsidRPr="00D44123">
              <w:rPr>
                <w:rFonts w:asciiTheme="majorHAnsi" w:hAnsiTheme="majorHAnsi" w:cstheme="majorHAnsi"/>
                <w:b/>
                <w:bCs/>
                <w:szCs w:val="24"/>
                <w:lang w:val="en-US"/>
              </w:rPr>
              <w:t>ou</w:t>
            </w:r>
            <w:proofErr w:type="spellEnd"/>
            <w:r w:rsidRPr="00D44123">
              <w:rPr>
                <w:rFonts w:asciiTheme="majorHAnsi" w:hAnsiTheme="majorHAnsi" w:cstheme="majorHAnsi"/>
                <w:b/>
                <w:bCs/>
                <w:szCs w:val="24"/>
                <w:lang w:val="en-US"/>
              </w:rPr>
              <w:t xml:space="preserve"> d’un format </w:t>
            </w:r>
            <w:proofErr w:type="spellStart"/>
            <w:r w:rsidRPr="00D44123">
              <w:rPr>
                <w:rFonts w:asciiTheme="majorHAnsi" w:hAnsiTheme="majorHAnsi" w:cstheme="majorHAnsi"/>
                <w:b/>
                <w:bCs/>
                <w:szCs w:val="24"/>
                <w:lang w:val="en-US"/>
              </w:rPr>
              <w:t>d’évaluation</w:t>
            </w:r>
            <w:proofErr w:type="spellEnd"/>
            <w:r w:rsidRPr="00D44123">
              <w:rPr>
                <w:rFonts w:asciiTheme="majorHAnsi" w:hAnsiTheme="majorHAnsi" w:cstheme="majorHAnsi"/>
                <w:b/>
                <w:bCs/>
                <w:szCs w:val="24"/>
                <w:lang w:val="en-US"/>
              </w:rPr>
              <w:t xml:space="preserve"> </w:t>
            </w:r>
            <w:proofErr w:type="spellStart"/>
            <w:r w:rsidRPr="00D44123">
              <w:rPr>
                <w:rFonts w:asciiTheme="majorHAnsi" w:hAnsiTheme="majorHAnsi" w:cstheme="majorHAnsi"/>
                <w:b/>
                <w:bCs/>
                <w:szCs w:val="24"/>
                <w:lang w:val="en-US"/>
              </w:rPr>
              <w:t>adapté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(oral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plutôt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qu’écrit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, supports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numériques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,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accompagnement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individuel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, etc.) ?</w:t>
            </w:r>
          </w:p>
        </w:tc>
        <w:tc>
          <w:tcPr>
            <w:tcW w:w="795" w:type="dxa"/>
          </w:tcPr>
          <w:p w14:paraId="3E068446" w14:textId="395241CB" w:rsidR="00FE0F6C" w:rsidRPr="00D44123" w:rsidRDefault="00FE0F6C" w:rsidP="00FE0F6C">
            <w:pPr>
              <w:pStyle w:val="TableParagraph"/>
              <w:spacing w:before="100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Oui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709" w:type="dxa"/>
          </w:tcPr>
          <w:p w14:paraId="1B0D3E75" w14:textId="23B2DA1F" w:rsidR="00FE0F6C" w:rsidRPr="00D44123" w:rsidRDefault="00FE0F6C" w:rsidP="00FE0F6C">
            <w:pPr>
              <w:pStyle w:val="TableParagraph"/>
              <w:spacing w:before="100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Non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3402" w:type="dxa"/>
          </w:tcPr>
          <w:p w14:paraId="6621DDDA" w14:textId="77777777" w:rsidR="00FE0F6C" w:rsidRPr="00D44123" w:rsidRDefault="00FE0F6C" w:rsidP="00FE0F6C">
            <w:pPr>
              <w:pStyle w:val="TableParagraph"/>
              <w:spacing w:line="227" w:lineRule="exact"/>
              <w:ind w:left="0"/>
              <w:rPr>
                <w:szCs w:val="24"/>
              </w:rPr>
            </w:pPr>
          </w:p>
        </w:tc>
      </w:tr>
      <w:tr w:rsidR="00FE0F6C" w:rsidRPr="00D44123" w14:paraId="6CD07102" w14:textId="77777777" w:rsidTr="004F557D">
        <w:trPr>
          <w:trHeight w:val="436"/>
        </w:trPr>
        <w:tc>
          <w:tcPr>
            <w:tcW w:w="10481" w:type="dxa"/>
            <w:gridSpan w:val="6"/>
            <w:shd w:val="clear" w:color="auto" w:fill="8DB3E2" w:themeFill="text2" w:themeFillTint="66"/>
          </w:tcPr>
          <w:p w14:paraId="4965FEEF" w14:textId="77777777" w:rsidR="00D44123" w:rsidRDefault="00D44123" w:rsidP="00FE0F6C">
            <w:pPr>
              <w:pStyle w:val="TableParagraph"/>
              <w:spacing w:line="227" w:lineRule="exact"/>
              <w:ind w:left="0"/>
              <w:rPr>
                <w:rFonts w:asciiTheme="majorHAnsi" w:hAnsiTheme="majorHAnsi" w:cstheme="majorHAnsi"/>
                <w:b/>
                <w:bCs/>
                <w:color w:val="FFFFFF" w:themeColor="background1"/>
                <w:sz w:val="24"/>
                <w:szCs w:val="24"/>
                <w:lang w:val="en-US"/>
              </w:rPr>
            </w:pPr>
          </w:p>
          <w:p w14:paraId="23B3468E" w14:textId="77777777" w:rsidR="00FE0F6C" w:rsidRDefault="00FE0F6C" w:rsidP="00FE0F6C">
            <w:pPr>
              <w:pStyle w:val="TableParagraph"/>
              <w:spacing w:line="227" w:lineRule="exact"/>
              <w:ind w:left="0"/>
              <w:rPr>
                <w:rFonts w:asciiTheme="majorHAnsi" w:hAnsiTheme="majorHAnsi" w:cstheme="majorHAnsi"/>
                <w:b/>
                <w:bCs/>
                <w:color w:val="FFFFFF" w:themeColor="background1"/>
                <w:sz w:val="24"/>
                <w:szCs w:val="24"/>
                <w:lang w:val="en-US"/>
              </w:rPr>
            </w:pPr>
            <w:r w:rsidRPr="00D44123">
              <w:rPr>
                <w:rFonts w:asciiTheme="majorHAnsi" w:hAnsiTheme="majorHAnsi" w:cstheme="majorHAnsi"/>
                <w:b/>
                <w:bCs/>
                <w:color w:val="FFFFFF" w:themeColor="background1"/>
                <w:sz w:val="24"/>
                <w:szCs w:val="24"/>
                <w:lang w:val="en-US"/>
              </w:rPr>
              <w:t>SPÉCIFICITÉS</w:t>
            </w:r>
          </w:p>
          <w:p w14:paraId="5D143F62" w14:textId="5B32DD70" w:rsidR="00D44123" w:rsidRPr="00D44123" w:rsidRDefault="00D44123" w:rsidP="00FE0F6C">
            <w:pPr>
              <w:pStyle w:val="TableParagraph"/>
              <w:spacing w:line="227" w:lineRule="exact"/>
              <w:ind w:left="0"/>
              <w:rPr>
                <w:rFonts w:asciiTheme="majorHAnsi" w:hAnsiTheme="majorHAnsi" w:cstheme="majorHAnsi"/>
                <w:b/>
                <w:bCs/>
                <w:color w:val="FFFFFF" w:themeColor="background1"/>
                <w:sz w:val="24"/>
                <w:szCs w:val="24"/>
              </w:rPr>
            </w:pPr>
          </w:p>
        </w:tc>
      </w:tr>
      <w:tr w:rsidR="00FE0F6C" w:rsidRPr="00D44123" w14:paraId="2FC95036" w14:textId="77777777" w:rsidTr="004F557D">
        <w:trPr>
          <w:trHeight w:val="436"/>
        </w:trPr>
        <w:tc>
          <w:tcPr>
            <w:tcW w:w="5575" w:type="dxa"/>
            <w:gridSpan w:val="3"/>
          </w:tcPr>
          <w:p w14:paraId="3CB7C782" w14:textId="7905238B" w:rsidR="00FE0F6C" w:rsidRPr="00D44123" w:rsidRDefault="00FE0F6C" w:rsidP="00FE0F6C">
            <w:pPr>
              <w:pStyle w:val="TableParagraph"/>
              <w:spacing w:before="100"/>
              <w:ind w:left="0"/>
              <w:rPr>
                <w:rFonts w:asciiTheme="majorHAnsi" w:hAnsiTheme="majorHAnsi" w:cstheme="majorHAnsi"/>
                <w:szCs w:val="24"/>
                <w:lang w:val="en-US"/>
              </w:rPr>
            </w:pP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Avez-vous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des limitations physiques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ou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des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contre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-indications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médicales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temporaires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ou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permanentes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?</w:t>
            </w:r>
          </w:p>
        </w:tc>
        <w:tc>
          <w:tcPr>
            <w:tcW w:w="795" w:type="dxa"/>
          </w:tcPr>
          <w:p w14:paraId="716D98DF" w14:textId="6C2A3783" w:rsidR="00FE0F6C" w:rsidRPr="00D44123" w:rsidRDefault="00FE0F6C" w:rsidP="00FE0F6C">
            <w:pPr>
              <w:pStyle w:val="TableParagraph"/>
              <w:spacing w:before="100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Oui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709" w:type="dxa"/>
          </w:tcPr>
          <w:p w14:paraId="148E8A44" w14:textId="2AA09959" w:rsidR="00FE0F6C" w:rsidRPr="00D44123" w:rsidRDefault="00FE0F6C" w:rsidP="00FE0F6C">
            <w:pPr>
              <w:pStyle w:val="TableParagraph"/>
              <w:spacing w:before="100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Non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3402" w:type="dxa"/>
          </w:tcPr>
          <w:p w14:paraId="3B5B11DE" w14:textId="77777777" w:rsidR="00FE0F6C" w:rsidRPr="00D44123" w:rsidRDefault="00FE0F6C" w:rsidP="00FE0F6C">
            <w:pPr>
              <w:pStyle w:val="TableParagraph"/>
              <w:spacing w:line="227" w:lineRule="exact"/>
              <w:ind w:left="0"/>
              <w:rPr>
                <w:szCs w:val="24"/>
              </w:rPr>
            </w:pPr>
          </w:p>
        </w:tc>
      </w:tr>
      <w:tr w:rsidR="00FE0F6C" w:rsidRPr="00D44123" w14:paraId="19B2807B" w14:textId="77777777" w:rsidTr="004F557D">
        <w:trPr>
          <w:trHeight w:val="436"/>
        </w:trPr>
        <w:tc>
          <w:tcPr>
            <w:tcW w:w="4952" w:type="dxa"/>
            <w:gridSpan w:val="2"/>
          </w:tcPr>
          <w:p w14:paraId="4B471AFC" w14:textId="0CC94350" w:rsidR="00FE0F6C" w:rsidRPr="00D44123" w:rsidRDefault="00FE0F6C" w:rsidP="00FE0F6C">
            <w:pPr>
              <w:pStyle w:val="TableParagraph"/>
              <w:spacing w:before="100"/>
              <w:ind w:left="0"/>
              <w:rPr>
                <w:rFonts w:asciiTheme="majorHAnsi" w:hAnsiTheme="majorHAnsi" w:cstheme="majorHAnsi"/>
                <w:i/>
                <w:iCs/>
                <w:szCs w:val="24"/>
                <w:lang w:val="en-US"/>
              </w:rPr>
            </w:pPr>
            <w:r w:rsidRPr="00D44123">
              <w:rPr>
                <w:rFonts w:asciiTheme="majorHAnsi" w:hAnsiTheme="majorHAnsi" w:cstheme="majorHAnsi"/>
                <w:i/>
                <w:iCs/>
                <w:szCs w:val="24"/>
                <w:lang w:val="en-US"/>
              </w:rPr>
              <w:t xml:space="preserve">Si </w:t>
            </w:r>
            <w:proofErr w:type="spellStart"/>
            <w:r w:rsidRPr="00D44123">
              <w:rPr>
                <w:rFonts w:asciiTheme="majorHAnsi" w:hAnsiTheme="majorHAnsi" w:cstheme="majorHAnsi"/>
                <w:i/>
                <w:iCs/>
                <w:szCs w:val="24"/>
                <w:lang w:val="en-US"/>
              </w:rPr>
              <w:t>oui</w:t>
            </w:r>
            <w:proofErr w:type="spellEnd"/>
            <w:r w:rsidRPr="00D44123">
              <w:rPr>
                <w:rFonts w:asciiTheme="majorHAnsi" w:hAnsiTheme="majorHAnsi" w:cstheme="majorHAnsi"/>
                <w:i/>
                <w:iCs/>
                <w:szCs w:val="24"/>
                <w:lang w:val="en-US"/>
              </w:rPr>
              <w:t xml:space="preserve">, </w:t>
            </w:r>
            <w:proofErr w:type="spellStart"/>
            <w:r w:rsidRPr="00D44123">
              <w:rPr>
                <w:rFonts w:asciiTheme="majorHAnsi" w:hAnsiTheme="majorHAnsi" w:cstheme="majorHAnsi"/>
                <w:i/>
                <w:iCs/>
                <w:szCs w:val="24"/>
                <w:lang w:val="en-US"/>
              </w:rPr>
              <w:t>précisez</w:t>
            </w:r>
            <w:proofErr w:type="spellEnd"/>
            <w:r w:rsidRPr="00D44123">
              <w:rPr>
                <w:rFonts w:asciiTheme="majorHAnsi" w:hAnsiTheme="majorHAnsi" w:cstheme="majorHAnsi"/>
                <w:i/>
                <w:iCs/>
                <w:szCs w:val="24"/>
                <w:lang w:val="en-US"/>
              </w:rPr>
              <w:t xml:space="preserve"> (</w:t>
            </w:r>
            <w:proofErr w:type="spellStart"/>
            <w:r w:rsidRPr="00D44123">
              <w:rPr>
                <w:rFonts w:asciiTheme="majorHAnsi" w:hAnsiTheme="majorHAnsi" w:cstheme="majorHAnsi"/>
                <w:i/>
                <w:iCs/>
                <w:szCs w:val="24"/>
                <w:lang w:val="en-US"/>
              </w:rPr>
              <w:t>en</w:t>
            </w:r>
            <w:proofErr w:type="spellEnd"/>
            <w:r w:rsidRPr="00D44123">
              <w:rPr>
                <w:rFonts w:asciiTheme="majorHAnsi" w:hAnsiTheme="majorHAnsi" w:cstheme="majorHAnsi"/>
                <w:i/>
                <w:iCs/>
                <w:szCs w:val="24"/>
                <w:lang w:val="en-US"/>
              </w:rPr>
              <w:t xml:space="preserve"> lien avec les efforts physiques, </w:t>
            </w:r>
            <w:proofErr w:type="spellStart"/>
            <w:r w:rsidRPr="00D44123">
              <w:rPr>
                <w:rFonts w:asciiTheme="majorHAnsi" w:hAnsiTheme="majorHAnsi" w:cstheme="majorHAnsi"/>
                <w:i/>
                <w:iCs/>
                <w:szCs w:val="24"/>
                <w:lang w:val="en-US"/>
              </w:rPr>
              <w:t>déplacements</w:t>
            </w:r>
            <w:proofErr w:type="spellEnd"/>
            <w:r w:rsidRPr="00D44123">
              <w:rPr>
                <w:rFonts w:asciiTheme="majorHAnsi" w:hAnsiTheme="majorHAnsi" w:cstheme="majorHAnsi"/>
                <w:i/>
                <w:iCs/>
                <w:szCs w:val="24"/>
                <w:lang w:val="en-US"/>
              </w:rPr>
              <w:t>, port de charge, postures, etc.) :</w:t>
            </w:r>
          </w:p>
        </w:tc>
        <w:tc>
          <w:tcPr>
            <w:tcW w:w="5529" w:type="dxa"/>
            <w:gridSpan w:val="4"/>
          </w:tcPr>
          <w:p w14:paraId="3A3EE3B6" w14:textId="77777777" w:rsidR="00FE0F6C" w:rsidRPr="00D44123" w:rsidRDefault="00FE0F6C" w:rsidP="00FE0F6C">
            <w:pPr>
              <w:pStyle w:val="TableParagraph"/>
              <w:spacing w:line="227" w:lineRule="exact"/>
              <w:ind w:left="0"/>
              <w:rPr>
                <w:rFonts w:asciiTheme="majorHAnsi" w:hAnsiTheme="majorHAnsi" w:cstheme="majorHAnsi"/>
                <w:szCs w:val="24"/>
              </w:rPr>
            </w:pPr>
          </w:p>
        </w:tc>
      </w:tr>
      <w:tr w:rsidR="00FE0F6C" w:rsidRPr="00D44123" w14:paraId="392CA045" w14:textId="77777777" w:rsidTr="004F557D">
        <w:trPr>
          <w:trHeight w:val="436"/>
        </w:trPr>
        <w:tc>
          <w:tcPr>
            <w:tcW w:w="5575" w:type="dxa"/>
            <w:gridSpan w:val="3"/>
          </w:tcPr>
          <w:p w14:paraId="3483A3C8" w14:textId="436D3860" w:rsidR="00FE0F6C" w:rsidRPr="00D44123" w:rsidRDefault="00FE0F6C" w:rsidP="00FE0F6C">
            <w:pPr>
              <w:pStyle w:val="TableParagraph"/>
              <w:spacing w:before="100"/>
              <w:ind w:left="0"/>
              <w:rPr>
                <w:rFonts w:asciiTheme="majorHAnsi" w:hAnsiTheme="majorHAnsi" w:cstheme="majorHAnsi"/>
                <w:szCs w:val="24"/>
                <w:lang w:val="en-US"/>
              </w:rPr>
            </w:pP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Avez-vous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besoin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d’un </w:t>
            </w:r>
            <w:proofErr w:type="spellStart"/>
            <w:r w:rsidRPr="00D44123">
              <w:rPr>
                <w:rFonts w:asciiTheme="majorHAnsi" w:hAnsiTheme="majorHAnsi" w:cstheme="majorHAnsi"/>
                <w:b/>
                <w:bCs/>
                <w:szCs w:val="24"/>
                <w:lang w:val="en-US"/>
              </w:rPr>
              <w:t>aménagement</w:t>
            </w:r>
            <w:proofErr w:type="spellEnd"/>
            <w:r w:rsidRPr="00D44123">
              <w:rPr>
                <w:rFonts w:asciiTheme="majorHAnsi" w:hAnsiTheme="majorHAnsi" w:cstheme="majorHAnsi"/>
                <w:b/>
                <w:bCs/>
                <w:szCs w:val="24"/>
                <w:lang w:val="en-US"/>
              </w:rPr>
              <w:t xml:space="preserve"> </w:t>
            </w:r>
            <w:proofErr w:type="spellStart"/>
            <w:r w:rsidRPr="00D44123">
              <w:rPr>
                <w:rFonts w:asciiTheme="majorHAnsi" w:hAnsiTheme="majorHAnsi" w:cstheme="majorHAnsi"/>
                <w:b/>
                <w:bCs/>
                <w:szCs w:val="24"/>
                <w:lang w:val="en-US"/>
              </w:rPr>
              <w:t>spécifique</w:t>
            </w:r>
            <w:proofErr w:type="spellEnd"/>
            <w:r w:rsidRPr="00D44123">
              <w:rPr>
                <w:rFonts w:asciiTheme="majorHAnsi" w:hAnsiTheme="majorHAnsi" w:cstheme="majorHAnsi"/>
                <w:b/>
                <w:bCs/>
                <w:szCs w:val="24"/>
                <w:lang w:val="en-US"/>
              </w:rPr>
              <w:t xml:space="preserve"> pour les mises </w:t>
            </w:r>
            <w:proofErr w:type="spellStart"/>
            <w:r w:rsidRPr="00D44123">
              <w:rPr>
                <w:rFonts w:asciiTheme="majorHAnsi" w:hAnsiTheme="majorHAnsi" w:cstheme="majorHAnsi"/>
                <w:b/>
                <w:bCs/>
                <w:szCs w:val="24"/>
                <w:lang w:val="en-US"/>
              </w:rPr>
              <w:t>en</w:t>
            </w:r>
            <w:proofErr w:type="spellEnd"/>
            <w:r w:rsidRPr="00D44123">
              <w:rPr>
                <w:rFonts w:asciiTheme="majorHAnsi" w:hAnsiTheme="majorHAnsi" w:cstheme="majorHAnsi"/>
                <w:b/>
                <w:bCs/>
                <w:szCs w:val="24"/>
                <w:lang w:val="en-US"/>
              </w:rPr>
              <w:t xml:space="preserve"> situation pratiques </w:t>
            </w:r>
            <w:proofErr w:type="spellStart"/>
            <w:r w:rsidRPr="00D44123">
              <w:rPr>
                <w:rFonts w:asciiTheme="majorHAnsi" w:hAnsiTheme="majorHAnsi" w:cstheme="majorHAnsi"/>
                <w:b/>
                <w:bCs/>
                <w:szCs w:val="24"/>
                <w:lang w:val="en-US"/>
              </w:rPr>
              <w:t>ou</w:t>
            </w:r>
            <w:proofErr w:type="spellEnd"/>
            <w:r w:rsidRPr="00D44123">
              <w:rPr>
                <w:rFonts w:asciiTheme="majorHAnsi" w:hAnsiTheme="majorHAnsi" w:cstheme="majorHAnsi"/>
                <w:b/>
                <w:bCs/>
                <w:szCs w:val="24"/>
                <w:lang w:val="en-US"/>
              </w:rPr>
              <w:t xml:space="preserve"> physiques</w:t>
            </w:r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(ex : hauteur de matériel,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accompagnement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, adaptation de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l’exercice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) ?</w:t>
            </w:r>
          </w:p>
        </w:tc>
        <w:tc>
          <w:tcPr>
            <w:tcW w:w="795" w:type="dxa"/>
          </w:tcPr>
          <w:p w14:paraId="392EF80A" w14:textId="06643A5E" w:rsidR="00FE0F6C" w:rsidRPr="00D44123" w:rsidRDefault="00FE0F6C" w:rsidP="00FE0F6C">
            <w:pPr>
              <w:pStyle w:val="TableParagraph"/>
              <w:spacing w:before="100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Oui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709" w:type="dxa"/>
          </w:tcPr>
          <w:p w14:paraId="59EE73F1" w14:textId="4E1FE72A" w:rsidR="00FE0F6C" w:rsidRPr="00D44123" w:rsidRDefault="00FE0F6C" w:rsidP="00FE0F6C">
            <w:pPr>
              <w:pStyle w:val="TableParagraph"/>
              <w:spacing w:before="100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Non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3402" w:type="dxa"/>
          </w:tcPr>
          <w:p w14:paraId="2BE2DC5D" w14:textId="77777777" w:rsidR="00FE0F6C" w:rsidRPr="00D44123" w:rsidRDefault="00FE0F6C" w:rsidP="00FE0F6C">
            <w:pPr>
              <w:pStyle w:val="TableParagraph"/>
              <w:spacing w:line="227" w:lineRule="exact"/>
              <w:ind w:left="0"/>
              <w:rPr>
                <w:szCs w:val="24"/>
              </w:rPr>
            </w:pPr>
          </w:p>
        </w:tc>
      </w:tr>
      <w:tr w:rsidR="00FE0F6C" w:rsidRPr="00D44123" w14:paraId="0D50C5C7" w14:textId="77777777" w:rsidTr="004F557D">
        <w:trPr>
          <w:trHeight w:val="436"/>
        </w:trPr>
        <w:tc>
          <w:tcPr>
            <w:tcW w:w="5575" w:type="dxa"/>
            <w:gridSpan w:val="3"/>
          </w:tcPr>
          <w:p w14:paraId="536B971D" w14:textId="7A04C669" w:rsidR="00FE0F6C" w:rsidRPr="00D44123" w:rsidRDefault="00FE0F6C" w:rsidP="00FE0F6C">
            <w:pPr>
              <w:pStyle w:val="TableParagraph"/>
              <w:spacing w:before="100"/>
              <w:ind w:left="0"/>
              <w:rPr>
                <w:rFonts w:asciiTheme="majorHAnsi" w:hAnsiTheme="majorHAnsi" w:cstheme="majorHAnsi"/>
                <w:szCs w:val="24"/>
                <w:lang w:val="en-US"/>
              </w:rPr>
            </w:pPr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Pour la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période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de </w:t>
            </w:r>
            <w:r w:rsidRPr="00D44123">
              <w:rPr>
                <w:rFonts w:asciiTheme="majorHAnsi" w:hAnsiTheme="majorHAnsi" w:cstheme="majorHAnsi"/>
                <w:b/>
                <w:bCs/>
                <w:szCs w:val="24"/>
                <w:lang w:val="en-US"/>
              </w:rPr>
              <w:t xml:space="preserve">stage </w:t>
            </w:r>
            <w:proofErr w:type="spellStart"/>
            <w:r w:rsidRPr="00D44123">
              <w:rPr>
                <w:rFonts w:asciiTheme="majorHAnsi" w:hAnsiTheme="majorHAnsi" w:cstheme="majorHAnsi"/>
                <w:b/>
                <w:bCs/>
                <w:szCs w:val="24"/>
                <w:lang w:val="en-US"/>
              </w:rPr>
              <w:t>ou</w:t>
            </w:r>
            <w:proofErr w:type="spellEnd"/>
            <w:r w:rsidRPr="00D44123">
              <w:rPr>
                <w:rFonts w:asciiTheme="majorHAnsi" w:hAnsiTheme="majorHAnsi" w:cstheme="majorHAnsi"/>
                <w:b/>
                <w:bCs/>
                <w:szCs w:val="24"/>
                <w:lang w:val="en-US"/>
              </w:rPr>
              <w:t xml:space="preserve"> immersion </w:t>
            </w:r>
            <w:proofErr w:type="spellStart"/>
            <w:r w:rsidRPr="00D44123">
              <w:rPr>
                <w:rFonts w:asciiTheme="majorHAnsi" w:hAnsiTheme="majorHAnsi" w:cstheme="majorHAnsi"/>
                <w:b/>
                <w:bCs/>
                <w:szCs w:val="24"/>
                <w:lang w:val="en-US"/>
              </w:rPr>
              <w:t>en</w:t>
            </w:r>
            <w:proofErr w:type="spellEnd"/>
            <w:r w:rsidRPr="00D44123">
              <w:rPr>
                <w:rFonts w:asciiTheme="majorHAnsi" w:hAnsiTheme="majorHAnsi" w:cstheme="majorHAnsi"/>
                <w:b/>
                <w:bCs/>
                <w:szCs w:val="24"/>
                <w:lang w:val="en-US"/>
              </w:rPr>
              <w:t xml:space="preserve"> structure</w:t>
            </w:r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,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avez-vous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des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besoins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</w:t>
            </w:r>
            <w:proofErr w:type="spellStart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>d’adaptation</w:t>
            </w:r>
            <w:proofErr w:type="spellEnd"/>
            <w:r w:rsidRPr="00D44123">
              <w:rPr>
                <w:rFonts w:asciiTheme="majorHAnsi" w:hAnsiTheme="majorHAnsi" w:cstheme="majorHAnsi"/>
                <w:szCs w:val="24"/>
                <w:lang w:val="en-US"/>
              </w:rPr>
              <w:t xml:space="preserve"> ?</w:t>
            </w:r>
          </w:p>
        </w:tc>
        <w:tc>
          <w:tcPr>
            <w:tcW w:w="795" w:type="dxa"/>
          </w:tcPr>
          <w:p w14:paraId="61911012" w14:textId="650F23F6" w:rsidR="00FE0F6C" w:rsidRPr="00D44123" w:rsidRDefault="00FE0F6C" w:rsidP="00FE0F6C">
            <w:pPr>
              <w:pStyle w:val="TableParagraph"/>
              <w:spacing w:before="100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Oui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709" w:type="dxa"/>
          </w:tcPr>
          <w:p w14:paraId="152268E5" w14:textId="10E38F07" w:rsidR="00FE0F6C" w:rsidRPr="00D44123" w:rsidRDefault="00FE0F6C" w:rsidP="00FE0F6C">
            <w:pPr>
              <w:pStyle w:val="TableParagraph"/>
              <w:spacing w:before="100"/>
              <w:ind w:left="0"/>
              <w:rPr>
                <w:szCs w:val="24"/>
              </w:rPr>
            </w:pPr>
            <w:r w:rsidRPr="00D44123">
              <w:rPr>
                <w:szCs w:val="24"/>
              </w:rPr>
              <w:t>Non</w:t>
            </w:r>
            <w:r w:rsidRPr="00D44123">
              <w:rPr>
                <w:spacing w:val="-7"/>
                <w:szCs w:val="24"/>
              </w:rPr>
              <w:t xml:space="preserve"> </w:t>
            </w:r>
            <w:r w:rsidRPr="00D44123">
              <w:rPr>
                <w:spacing w:val="-10"/>
                <w:szCs w:val="24"/>
              </w:rPr>
              <w:t></w:t>
            </w:r>
          </w:p>
        </w:tc>
        <w:tc>
          <w:tcPr>
            <w:tcW w:w="3402" w:type="dxa"/>
          </w:tcPr>
          <w:p w14:paraId="641ED150" w14:textId="77777777" w:rsidR="00FE0F6C" w:rsidRPr="00D44123" w:rsidRDefault="00FE0F6C" w:rsidP="00FE0F6C">
            <w:pPr>
              <w:pStyle w:val="TableParagraph"/>
              <w:spacing w:line="227" w:lineRule="exact"/>
              <w:ind w:left="0"/>
              <w:rPr>
                <w:szCs w:val="24"/>
              </w:rPr>
            </w:pPr>
          </w:p>
        </w:tc>
      </w:tr>
      <w:tr w:rsidR="00FE0F6C" w:rsidRPr="00D44123" w14:paraId="2F770AD7" w14:textId="77777777" w:rsidTr="004F557D">
        <w:trPr>
          <w:trHeight w:val="930"/>
        </w:trPr>
        <w:tc>
          <w:tcPr>
            <w:tcW w:w="10481" w:type="dxa"/>
            <w:gridSpan w:val="6"/>
          </w:tcPr>
          <w:p w14:paraId="2C2E2A91" w14:textId="77777777" w:rsidR="00FE0F6C" w:rsidRPr="00D44123" w:rsidRDefault="00FE0F6C" w:rsidP="00FE0F6C">
            <w:pPr>
              <w:pStyle w:val="TableParagraph"/>
              <w:spacing w:before="7"/>
              <w:ind w:left="0"/>
              <w:rPr>
                <w:rFonts w:asciiTheme="majorHAnsi" w:hAnsiTheme="majorHAnsi" w:cstheme="majorHAnsi"/>
                <w:szCs w:val="24"/>
              </w:rPr>
            </w:pPr>
          </w:p>
          <w:p w14:paraId="0223B8D9" w14:textId="77777777" w:rsidR="00FE0F6C" w:rsidRPr="00D44123" w:rsidRDefault="00FE0F6C" w:rsidP="00FE0F6C">
            <w:pPr>
              <w:pStyle w:val="TableParagraph"/>
              <w:ind w:left="0"/>
              <w:rPr>
                <w:rFonts w:asciiTheme="majorHAnsi" w:hAnsiTheme="majorHAnsi" w:cstheme="majorHAnsi"/>
                <w:szCs w:val="24"/>
              </w:rPr>
            </w:pPr>
            <w:r w:rsidRPr="00D44123">
              <w:rPr>
                <w:rFonts w:asciiTheme="majorHAnsi" w:hAnsiTheme="majorHAnsi" w:cstheme="majorHAnsi"/>
                <w:spacing w:val="-2"/>
                <w:szCs w:val="24"/>
              </w:rPr>
              <w:t>Observation(s)</w:t>
            </w:r>
            <w:r w:rsidRPr="00D44123">
              <w:rPr>
                <w:rFonts w:asciiTheme="majorHAnsi" w:hAnsiTheme="majorHAnsi" w:cstheme="majorHAnsi"/>
                <w:spacing w:val="12"/>
                <w:szCs w:val="24"/>
              </w:rPr>
              <w:t xml:space="preserve"> </w:t>
            </w:r>
            <w:r w:rsidRPr="00D44123">
              <w:rPr>
                <w:rFonts w:asciiTheme="majorHAnsi" w:hAnsiTheme="majorHAnsi" w:cstheme="majorHAnsi"/>
                <w:spacing w:val="-10"/>
                <w:szCs w:val="24"/>
              </w:rPr>
              <w:t>:</w:t>
            </w:r>
          </w:p>
        </w:tc>
      </w:tr>
    </w:tbl>
    <w:p w14:paraId="180FF81F" w14:textId="4B5CF199" w:rsidR="00D44123" w:rsidRPr="006E3E73" w:rsidRDefault="00D44123" w:rsidP="004F557D">
      <w:pPr>
        <w:jc w:val="center"/>
        <w:rPr>
          <w:rFonts w:asciiTheme="majorHAnsi" w:hAnsiTheme="majorHAnsi" w:cstheme="majorHAnsi"/>
          <w:b/>
          <w:bCs/>
          <w:i/>
          <w:iCs/>
          <w:color w:val="1F497D" w:themeColor="text2"/>
        </w:rPr>
      </w:pPr>
      <w:r w:rsidRPr="006E3E73">
        <w:rPr>
          <w:rFonts w:asciiTheme="majorHAnsi" w:hAnsiTheme="majorHAnsi" w:cstheme="majorHAnsi"/>
          <w:b/>
          <w:bCs/>
          <w:i/>
          <w:iCs/>
          <w:color w:val="1F497D" w:themeColor="text2"/>
        </w:rPr>
        <w:t xml:space="preserve">Notre </w:t>
      </w:r>
      <w:proofErr w:type="spellStart"/>
      <w:r w:rsidRPr="006E3E73">
        <w:rPr>
          <w:rFonts w:asciiTheme="majorHAnsi" w:hAnsiTheme="majorHAnsi" w:cstheme="majorHAnsi"/>
          <w:b/>
          <w:bCs/>
          <w:i/>
          <w:iCs/>
          <w:color w:val="1F497D" w:themeColor="text2"/>
        </w:rPr>
        <w:t>centre</w:t>
      </w:r>
      <w:proofErr w:type="spellEnd"/>
      <w:r w:rsidRPr="006E3E73">
        <w:rPr>
          <w:rFonts w:asciiTheme="majorHAnsi" w:hAnsiTheme="majorHAnsi" w:cstheme="majorHAnsi"/>
          <w:b/>
          <w:bCs/>
          <w:i/>
          <w:iCs/>
          <w:color w:val="1F497D" w:themeColor="text2"/>
        </w:rPr>
        <w:t xml:space="preserve"> de formation </w:t>
      </w:r>
      <w:proofErr w:type="spellStart"/>
      <w:r w:rsidRPr="006E3E73">
        <w:rPr>
          <w:rFonts w:asciiTheme="majorHAnsi" w:hAnsiTheme="majorHAnsi" w:cstheme="majorHAnsi"/>
          <w:b/>
          <w:bCs/>
          <w:i/>
          <w:iCs/>
          <w:color w:val="1F497D" w:themeColor="text2"/>
        </w:rPr>
        <w:t>accueille</w:t>
      </w:r>
      <w:proofErr w:type="spellEnd"/>
      <w:r w:rsidRPr="006E3E73">
        <w:rPr>
          <w:rFonts w:asciiTheme="majorHAnsi" w:hAnsiTheme="majorHAnsi" w:cstheme="majorHAnsi"/>
          <w:b/>
          <w:bCs/>
          <w:i/>
          <w:iCs/>
          <w:color w:val="1F497D" w:themeColor="text2"/>
        </w:rPr>
        <w:t xml:space="preserve"> toute </w:t>
      </w:r>
      <w:proofErr w:type="spellStart"/>
      <w:r w:rsidRPr="006E3E73">
        <w:rPr>
          <w:rFonts w:asciiTheme="majorHAnsi" w:hAnsiTheme="majorHAnsi" w:cstheme="majorHAnsi"/>
          <w:b/>
          <w:bCs/>
          <w:i/>
          <w:iCs/>
          <w:color w:val="1F497D" w:themeColor="text2"/>
        </w:rPr>
        <w:t>personne</w:t>
      </w:r>
      <w:proofErr w:type="spellEnd"/>
      <w:r w:rsidRPr="006E3E73">
        <w:rPr>
          <w:rFonts w:asciiTheme="majorHAnsi" w:hAnsiTheme="majorHAnsi" w:cstheme="majorHAnsi"/>
          <w:b/>
          <w:bCs/>
          <w:i/>
          <w:iCs/>
          <w:color w:val="1F497D" w:themeColor="text2"/>
        </w:rPr>
        <w:t xml:space="preserve"> </w:t>
      </w:r>
      <w:proofErr w:type="spellStart"/>
      <w:r w:rsidRPr="006E3E73">
        <w:rPr>
          <w:rFonts w:asciiTheme="majorHAnsi" w:hAnsiTheme="majorHAnsi" w:cstheme="majorHAnsi"/>
          <w:b/>
          <w:bCs/>
          <w:i/>
          <w:iCs/>
          <w:color w:val="1F497D" w:themeColor="text2"/>
        </w:rPr>
        <w:t>en</w:t>
      </w:r>
      <w:proofErr w:type="spellEnd"/>
      <w:r w:rsidRPr="006E3E73">
        <w:rPr>
          <w:rFonts w:asciiTheme="majorHAnsi" w:hAnsiTheme="majorHAnsi" w:cstheme="majorHAnsi"/>
          <w:b/>
          <w:bCs/>
          <w:i/>
          <w:iCs/>
          <w:color w:val="1F497D" w:themeColor="text2"/>
        </w:rPr>
        <w:t xml:space="preserve"> situation de handicap et </w:t>
      </w:r>
      <w:proofErr w:type="spellStart"/>
      <w:r w:rsidRPr="006E3E73">
        <w:rPr>
          <w:rFonts w:asciiTheme="majorHAnsi" w:hAnsiTheme="majorHAnsi" w:cstheme="majorHAnsi"/>
          <w:b/>
          <w:bCs/>
          <w:i/>
          <w:iCs/>
          <w:color w:val="1F497D" w:themeColor="text2"/>
        </w:rPr>
        <w:t>étudie</w:t>
      </w:r>
      <w:proofErr w:type="spellEnd"/>
      <w:r w:rsidRPr="006E3E73">
        <w:rPr>
          <w:rFonts w:asciiTheme="majorHAnsi" w:hAnsiTheme="majorHAnsi" w:cstheme="majorHAnsi"/>
          <w:b/>
          <w:bCs/>
          <w:i/>
          <w:iCs/>
          <w:color w:val="1F497D" w:themeColor="text2"/>
        </w:rPr>
        <w:t xml:space="preserve">, avec </w:t>
      </w:r>
      <w:proofErr w:type="spellStart"/>
      <w:r w:rsidRPr="006E3E73">
        <w:rPr>
          <w:rFonts w:asciiTheme="majorHAnsi" w:hAnsiTheme="majorHAnsi" w:cstheme="majorHAnsi"/>
          <w:b/>
          <w:bCs/>
          <w:i/>
          <w:iCs/>
          <w:color w:val="1F497D" w:themeColor="text2"/>
        </w:rPr>
        <w:t>ses</w:t>
      </w:r>
      <w:proofErr w:type="spellEnd"/>
      <w:r w:rsidRPr="006E3E73">
        <w:rPr>
          <w:rFonts w:asciiTheme="majorHAnsi" w:hAnsiTheme="majorHAnsi" w:cstheme="majorHAnsi"/>
          <w:b/>
          <w:bCs/>
          <w:i/>
          <w:iCs/>
          <w:color w:val="1F497D" w:themeColor="text2"/>
        </w:rPr>
        <w:t xml:space="preserve"> </w:t>
      </w:r>
      <w:proofErr w:type="spellStart"/>
      <w:r w:rsidRPr="006E3E73">
        <w:rPr>
          <w:rFonts w:asciiTheme="majorHAnsi" w:hAnsiTheme="majorHAnsi" w:cstheme="majorHAnsi"/>
          <w:b/>
          <w:bCs/>
          <w:i/>
          <w:iCs/>
          <w:color w:val="1F497D" w:themeColor="text2"/>
        </w:rPr>
        <w:t>partenaires</w:t>
      </w:r>
      <w:proofErr w:type="spellEnd"/>
      <w:r w:rsidRPr="006E3E73">
        <w:rPr>
          <w:rFonts w:asciiTheme="majorHAnsi" w:hAnsiTheme="majorHAnsi" w:cstheme="majorHAnsi"/>
          <w:b/>
          <w:bCs/>
          <w:i/>
          <w:iCs/>
          <w:color w:val="1F497D" w:themeColor="text2"/>
        </w:rPr>
        <w:t xml:space="preserve">, les </w:t>
      </w:r>
      <w:proofErr w:type="spellStart"/>
      <w:r w:rsidRPr="006E3E73">
        <w:rPr>
          <w:rFonts w:asciiTheme="majorHAnsi" w:hAnsiTheme="majorHAnsi" w:cstheme="majorHAnsi"/>
          <w:b/>
          <w:bCs/>
          <w:i/>
          <w:iCs/>
          <w:color w:val="1F497D" w:themeColor="text2"/>
        </w:rPr>
        <w:t>aménagements</w:t>
      </w:r>
      <w:proofErr w:type="spellEnd"/>
      <w:r w:rsidRPr="006E3E73">
        <w:rPr>
          <w:rFonts w:asciiTheme="majorHAnsi" w:hAnsiTheme="majorHAnsi" w:cstheme="majorHAnsi"/>
          <w:b/>
          <w:bCs/>
          <w:i/>
          <w:iCs/>
          <w:color w:val="1F497D" w:themeColor="text2"/>
        </w:rPr>
        <w:t xml:space="preserve"> possibles pour </w:t>
      </w:r>
      <w:proofErr w:type="spellStart"/>
      <w:r w:rsidRPr="006E3E73">
        <w:rPr>
          <w:rFonts w:asciiTheme="majorHAnsi" w:hAnsiTheme="majorHAnsi" w:cstheme="majorHAnsi"/>
          <w:b/>
          <w:bCs/>
          <w:i/>
          <w:iCs/>
          <w:color w:val="1F497D" w:themeColor="text2"/>
        </w:rPr>
        <w:t>favoriser</w:t>
      </w:r>
      <w:proofErr w:type="spellEnd"/>
      <w:r w:rsidRPr="006E3E73">
        <w:rPr>
          <w:rFonts w:asciiTheme="majorHAnsi" w:hAnsiTheme="majorHAnsi" w:cstheme="majorHAnsi"/>
          <w:b/>
          <w:bCs/>
          <w:i/>
          <w:iCs/>
          <w:color w:val="1F497D" w:themeColor="text2"/>
        </w:rPr>
        <w:t xml:space="preserve"> la </w:t>
      </w:r>
      <w:proofErr w:type="spellStart"/>
      <w:r w:rsidRPr="006E3E73">
        <w:rPr>
          <w:rFonts w:asciiTheme="majorHAnsi" w:hAnsiTheme="majorHAnsi" w:cstheme="majorHAnsi"/>
          <w:b/>
          <w:bCs/>
          <w:i/>
          <w:iCs/>
          <w:color w:val="1F497D" w:themeColor="text2"/>
        </w:rPr>
        <w:t>réussite</w:t>
      </w:r>
      <w:proofErr w:type="spellEnd"/>
      <w:r w:rsidRPr="006E3E73">
        <w:rPr>
          <w:rFonts w:asciiTheme="majorHAnsi" w:hAnsiTheme="majorHAnsi" w:cstheme="majorHAnsi"/>
          <w:b/>
          <w:bCs/>
          <w:i/>
          <w:iCs/>
          <w:color w:val="1F497D" w:themeColor="text2"/>
        </w:rPr>
        <w:t xml:space="preserve"> de chacun, dans la </w:t>
      </w:r>
      <w:proofErr w:type="spellStart"/>
      <w:r w:rsidRPr="006E3E73">
        <w:rPr>
          <w:rFonts w:asciiTheme="majorHAnsi" w:hAnsiTheme="majorHAnsi" w:cstheme="majorHAnsi"/>
          <w:b/>
          <w:bCs/>
          <w:i/>
          <w:iCs/>
          <w:color w:val="1F497D" w:themeColor="text2"/>
        </w:rPr>
        <w:t>mesure</w:t>
      </w:r>
      <w:proofErr w:type="spellEnd"/>
      <w:r w:rsidRPr="006E3E73">
        <w:rPr>
          <w:rFonts w:asciiTheme="majorHAnsi" w:hAnsiTheme="majorHAnsi" w:cstheme="majorHAnsi"/>
          <w:b/>
          <w:bCs/>
          <w:i/>
          <w:iCs/>
          <w:color w:val="1F497D" w:themeColor="text2"/>
        </w:rPr>
        <w:t xml:space="preserve"> de </w:t>
      </w:r>
      <w:proofErr w:type="spellStart"/>
      <w:r w:rsidRPr="006E3E73">
        <w:rPr>
          <w:rFonts w:asciiTheme="majorHAnsi" w:hAnsiTheme="majorHAnsi" w:cstheme="majorHAnsi"/>
          <w:b/>
          <w:bCs/>
          <w:i/>
          <w:iCs/>
          <w:color w:val="1F497D" w:themeColor="text2"/>
        </w:rPr>
        <w:t>nos</w:t>
      </w:r>
      <w:proofErr w:type="spellEnd"/>
      <w:r w:rsidRPr="006E3E73">
        <w:rPr>
          <w:rFonts w:asciiTheme="majorHAnsi" w:hAnsiTheme="majorHAnsi" w:cstheme="majorHAnsi"/>
          <w:b/>
          <w:bCs/>
          <w:i/>
          <w:iCs/>
          <w:color w:val="1F497D" w:themeColor="text2"/>
        </w:rPr>
        <w:t xml:space="preserve"> </w:t>
      </w:r>
      <w:proofErr w:type="spellStart"/>
      <w:r w:rsidRPr="006E3E73">
        <w:rPr>
          <w:rFonts w:asciiTheme="majorHAnsi" w:hAnsiTheme="majorHAnsi" w:cstheme="majorHAnsi"/>
          <w:b/>
          <w:bCs/>
          <w:i/>
          <w:iCs/>
          <w:color w:val="1F497D" w:themeColor="text2"/>
        </w:rPr>
        <w:t>capacités</w:t>
      </w:r>
      <w:proofErr w:type="spellEnd"/>
      <w:r w:rsidRPr="006E3E73">
        <w:rPr>
          <w:rFonts w:asciiTheme="majorHAnsi" w:hAnsiTheme="majorHAnsi" w:cstheme="majorHAnsi"/>
          <w:b/>
          <w:bCs/>
          <w:i/>
          <w:iCs/>
          <w:color w:val="1F497D" w:themeColor="text2"/>
        </w:rPr>
        <w:t xml:space="preserve"> techniques et </w:t>
      </w:r>
      <w:proofErr w:type="spellStart"/>
      <w:r w:rsidRPr="006E3E73">
        <w:rPr>
          <w:rFonts w:asciiTheme="majorHAnsi" w:hAnsiTheme="majorHAnsi" w:cstheme="majorHAnsi"/>
          <w:b/>
          <w:bCs/>
          <w:i/>
          <w:iCs/>
          <w:color w:val="1F497D" w:themeColor="text2"/>
        </w:rPr>
        <w:t>pédagogiques</w:t>
      </w:r>
      <w:proofErr w:type="spellEnd"/>
      <w:r w:rsidRPr="006E3E73">
        <w:rPr>
          <w:rFonts w:asciiTheme="majorHAnsi" w:hAnsiTheme="majorHAnsi" w:cstheme="majorHAnsi"/>
          <w:b/>
          <w:bCs/>
          <w:i/>
          <w:iCs/>
          <w:color w:val="1F497D" w:themeColor="text2"/>
        </w:rPr>
        <w:t>.</w:t>
      </w:r>
    </w:p>
    <w:sectPr w:rsidR="00D44123" w:rsidRPr="006E3E73" w:rsidSect="004F557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276" w:right="758" w:bottom="709" w:left="709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56F772" w14:textId="77777777" w:rsidR="00D44123" w:rsidRDefault="00D44123" w:rsidP="00D44123">
      <w:pPr>
        <w:spacing w:after="0" w:line="240" w:lineRule="auto"/>
      </w:pPr>
      <w:r>
        <w:separator/>
      </w:r>
    </w:p>
  </w:endnote>
  <w:endnote w:type="continuationSeparator" w:id="0">
    <w:p w14:paraId="0FD20299" w14:textId="77777777" w:rsidR="00D44123" w:rsidRDefault="00D44123" w:rsidP="00D441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tro Book Alt">
    <w:altName w:val="Calibri"/>
    <w:panose1 w:val="00000000000000000000"/>
    <w:charset w:val="00"/>
    <w:family w:val="modern"/>
    <w:notTrueType/>
    <w:pitch w:val="variable"/>
    <w:sig w:usb0="A00000AF" w:usb1="0000006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86390" w14:textId="77777777" w:rsidR="00246808" w:rsidRDefault="00246808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8CE8E" w14:textId="77777777" w:rsidR="004F557D" w:rsidRPr="004F557D" w:rsidRDefault="004F557D" w:rsidP="004F557D">
    <w:pPr>
      <w:spacing w:line="162" w:lineRule="exact"/>
      <w:jc w:val="center"/>
      <w:rPr>
        <w:rFonts w:asciiTheme="majorHAnsi" w:hAnsiTheme="majorHAnsi" w:cstheme="majorHAnsi"/>
        <w:b/>
        <w:sz w:val="12"/>
        <w:szCs w:val="20"/>
      </w:rPr>
    </w:pPr>
    <w:r w:rsidRPr="004F557D">
      <w:rPr>
        <w:rFonts w:asciiTheme="majorHAnsi" w:hAnsiTheme="majorHAnsi" w:cstheme="majorHAnsi"/>
        <w:b/>
        <w:sz w:val="12"/>
        <w:szCs w:val="20"/>
      </w:rPr>
      <w:t>CRH</w:t>
    </w:r>
    <w:r w:rsidRPr="004F557D">
      <w:rPr>
        <w:rFonts w:asciiTheme="majorHAnsi" w:hAnsiTheme="majorHAnsi" w:cstheme="majorHAnsi"/>
        <w:b/>
        <w:spacing w:val="-7"/>
        <w:sz w:val="12"/>
        <w:szCs w:val="20"/>
      </w:rPr>
      <w:t xml:space="preserve"> </w:t>
    </w:r>
    <w:r w:rsidRPr="004F557D">
      <w:rPr>
        <w:rFonts w:asciiTheme="majorHAnsi" w:hAnsiTheme="majorHAnsi" w:cstheme="majorHAnsi"/>
        <w:b/>
        <w:sz w:val="12"/>
        <w:szCs w:val="20"/>
      </w:rPr>
      <w:t>SARL</w:t>
    </w:r>
    <w:r w:rsidRPr="004F557D">
      <w:rPr>
        <w:rFonts w:asciiTheme="majorHAnsi" w:hAnsiTheme="majorHAnsi" w:cstheme="majorHAnsi"/>
        <w:b/>
        <w:spacing w:val="-6"/>
        <w:sz w:val="12"/>
        <w:szCs w:val="20"/>
      </w:rPr>
      <w:t xml:space="preserve"> </w:t>
    </w:r>
    <w:r w:rsidRPr="004F557D">
      <w:rPr>
        <w:rFonts w:asciiTheme="majorHAnsi" w:hAnsiTheme="majorHAnsi" w:cstheme="majorHAnsi"/>
        <w:b/>
        <w:sz w:val="12"/>
        <w:szCs w:val="20"/>
      </w:rPr>
      <w:t>(INFORMETOI)</w:t>
    </w:r>
    <w:r w:rsidRPr="004F557D">
      <w:rPr>
        <w:rFonts w:asciiTheme="majorHAnsi" w:hAnsiTheme="majorHAnsi" w:cstheme="majorHAnsi"/>
        <w:b/>
        <w:spacing w:val="-5"/>
        <w:sz w:val="12"/>
        <w:szCs w:val="20"/>
      </w:rPr>
      <w:t xml:space="preserve"> </w:t>
    </w:r>
    <w:r w:rsidRPr="004F557D">
      <w:rPr>
        <w:rFonts w:asciiTheme="majorHAnsi" w:hAnsiTheme="majorHAnsi" w:cstheme="majorHAnsi"/>
        <w:b/>
        <w:sz w:val="12"/>
        <w:szCs w:val="20"/>
      </w:rPr>
      <w:t>-</w:t>
    </w:r>
    <w:r w:rsidRPr="004F557D">
      <w:rPr>
        <w:rFonts w:asciiTheme="majorHAnsi" w:hAnsiTheme="majorHAnsi" w:cstheme="majorHAnsi"/>
        <w:b/>
        <w:spacing w:val="-6"/>
        <w:sz w:val="12"/>
        <w:szCs w:val="20"/>
      </w:rPr>
      <w:t xml:space="preserve"> </w:t>
    </w:r>
    <w:r w:rsidRPr="004F557D">
      <w:rPr>
        <w:rFonts w:asciiTheme="majorHAnsi" w:hAnsiTheme="majorHAnsi" w:cstheme="majorHAnsi"/>
        <w:b/>
        <w:sz w:val="12"/>
        <w:szCs w:val="20"/>
      </w:rPr>
      <w:t>106</w:t>
    </w:r>
    <w:r w:rsidRPr="004F557D">
      <w:rPr>
        <w:rFonts w:asciiTheme="majorHAnsi" w:hAnsiTheme="majorHAnsi" w:cstheme="majorHAnsi"/>
        <w:b/>
        <w:spacing w:val="-6"/>
        <w:sz w:val="12"/>
        <w:szCs w:val="20"/>
      </w:rPr>
      <w:t xml:space="preserve"> </w:t>
    </w:r>
    <w:proofErr w:type="spellStart"/>
    <w:r w:rsidRPr="004F557D">
      <w:rPr>
        <w:rFonts w:asciiTheme="majorHAnsi" w:hAnsiTheme="majorHAnsi" w:cstheme="majorHAnsi"/>
        <w:b/>
        <w:sz w:val="12"/>
        <w:szCs w:val="20"/>
      </w:rPr>
      <w:t>voie</w:t>
    </w:r>
    <w:proofErr w:type="spellEnd"/>
    <w:r w:rsidRPr="004F557D">
      <w:rPr>
        <w:rFonts w:asciiTheme="majorHAnsi" w:hAnsiTheme="majorHAnsi" w:cstheme="majorHAnsi"/>
        <w:b/>
        <w:spacing w:val="-7"/>
        <w:sz w:val="12"/>
        <w:szCs w:val="20"/>
      </w:rPr>
      <w:t xml:space="preserve"> </w:t>
    </w:r>
    <w:r w:rsidRPr="004F557D">
      <w:rPr>
        <w:rFonts w:asciiTheme="majorHAnsi" w:hAnsiTheme="majorHAnsi" w:cstheme="majorHAnsi"/>
        <w:b/>
        <w:sz w:val="12"/>
        <w:szCs w:val="20"/>
      </w:rPr>
      <w:t>Romaine</w:t>
    </w:r>
    <w:r w:rsidRPr="004F557D">
      <w:rPr>
        <w:rFonts w:asciiTheme="majorHAnsi" w:hAnsiTheme="majorHAnsi" w:cstheme="majorHAnsi"/>
        <w:b/>
        <w:spacing w:val="-8"/>
        <w:sz w:val="12"/>
        <w:szCs w:val="20"/>
      </w:rPr>
      <w:t xml:space="preserve"> </w:t>
    </w:r>
    <w:r w:rsidRPr="004F557D">
      <w:rPr>
        <w:rFonts w:asciiTheme="majorHAnsi" w:hAnsiTheme="majorHAnsi" w:cstheme="majorHAnsi"/>
        <w:b/>
        <w:sz w:val="12"/>
        <w:szCs w:val="20"/>
      </w:rPr>
      <w:t>86180</w:t>
    </w:r>
    <w:r w:rsidRPr="004F557D">
      <w:rPr>
        <w:rFonts w:asciiTheme="majorHAnsi" w:hAnsiTheme="majorHAnsi" w:cstheme="majorHAnsi"/>
        <w:b/>
        <w:spacing w:val="-8"/>
        <w:sz w:val="12"/>
        <w:szCs w:val="20"/>
      </w:rPr>
      <w:t xml:space="preserve"> </w:t>
    </w:r>
    <w:proofErr w:type="spellStart"/>
    <w:r w:rsidRPr="004F557D">
      <w:rPr>
        <w:rFonts w:asciiTheme="majorHAnsi" w:hAnsiTheme="majorHAnsi" w:cstheme="majorHAnsi"/>
        <w:b/>
        <w:sz w:val="12"/>
        <w:szCs w:val="20"/>
      </w:rPr>
      <w:t>Buxerolles</w:t>
    </w:r>
    <w:proofErr w:type="spellEnd"/>
    <w:r w:rsidRPr="004F557D">
      <w:rPr>
        <w:rFonts w:asciiTheme="majorHAnsi" w:hAnsiTheme="majorHAnsi" w:cstheme="majorHAnsi"/>
        <w:b/>
        <w:spacing w:val="-4"/>
        <w:sz w:val="12"/>
        <w:szCs w:val="20"/>
      </w:rPr>
      <w:t xml:space="preserve"> </w:t>
    </w:r>
    <w:r w:rsidRPr="004F557D">
      <w:rPr>
        <w:rFonts w:asciiTheme="majorHAnsi" w:hAnsiTheme="majorHAnsi" w:cstheme="majorHAnsi"/>
        <w:b/>
        <w:sz w:val="12"/>
        <w:szCs w:val="20"/>
      </w:rPr>
      <w:t>-</w:t>
    </w:r>
    <w:r w:rsidRPr="004F557D">
      <w:rPr>
        <w:rFonts w:asciiTheme="majorHAnsi" w:hAnsiTheme="majorHAnsi" w:cstheme="majorHAnsi"/>
        <w:b/>
        <w:spacing w:val="-6"/>
        <w:sz w:val="12"/>
        <w:szCs w:val="20"/>
      </w:rPr>
      <w:t xml:space="preserve"> </w:t>
    </w:r>
    <w:r w:rsidRPr="004F557D">
      <w:rPr>
        <w:rFonts w:asciiTheme="majorHAnsi" w:hAnsiTheme="majorHAnsi" w:cstheme="majorHAnsi"/>
        <w:b/>
        <w:sz w:val="12"/>
        <w:szCs w:val="20"/>
      </w:rPr>
      <w:t>Capital</w:t>
    </w:r>
    <w:r w:rsidRPr="004F557D">
      <w:rPr>
        <w:rFonts w:asciiTheme="majorHAnsi" w:hAnsiTheme="majorHAnsi" w:cstheme="majorHAnsi"/>
        <w:b/>
        <w:spacing w:val="-7"/>
        <w:sz w:val="12"/>
        <w:szCs w:val="20"/>
      </w:rPr>
      <w:t xml:space="preserve"> </w:t>
    </w:r>
    <w:r w:rsidRPr="004F557D">
      <w:rPr>
        <w:rFonts w:asciiTheme="majorHAnsi" w:hAnsiTheme="majorHAnsi" w:cstheme="majorHAnsi"/>
        <w:b/>
        <w:sz w:val="12"/>
        <w:szCs w:val="20"/>
      </w:rPr>
      <w:t>48</w:t>
    </w:r>
    <w:r w:rsidRPr="004F557D">
      <w:rPr>
        <w:rFonts w:asciiTheme="majorHAnsi" w:hAnsiTheme="majorHAnsi" w:cstheme="majorHAnsi"/>
        <w:b/>
        <w:spacing w:val="-7"/>
        <w:sz w:val="12"/>
        <w:szCs w:val="20"/>
      </w:rPr>
      <w:t xml:space="preserve"> </w:t>
    </w:r>
    <w:r w:rsidRPr="004F557D">
      <w:rPr>
        <w:rFonts w:asciiTheme="majorHAnsi" w:hAnsiTheme="majorHAnsi" w:cstheme="majorHAnsi"/>
        <w:b/>
        <w:sz w:val="12"/>
        <w:szCs w:val="20"/>
      </w:rPr>
      <w:t>000€</w:t>
    </w:r>
    <w:r w:rsidRPr="004F557D">
      <w:rPr>
        <w:rFonts w:asciiTheme="majorHAnsi" w:hAnsiTheme="majorHAnsi" w:cstheme="majorHAnsi"/>
        <w:b/>
        <w:spacing w:val="-5"/>
        <w:sz w:val="12"/>
        <w:szCs w:val="20"/>
      </w:rPr>
      <w:t xml:space="preserve"> </w:t>
    </w:r>
    <w:proofErr w:type="spellStart"/>
    <w:r w:rsidRPr="004F557D">
      <w:rPr>
        <w:rFonts w:asciiTheme="majorHAnsi" w:hAnsiTheme="majorHAnsi" w:cstheme="majorHAnsi"/>
        <w:b/>
        <w:sz w:val="12"/>
        <w:szCs w:val="20"/>
      </w:rPr>
      <w:t>Numéro</w:t>
    </w:r>
    <w:proofErr w:type="spellEnd"/>
    <w:r w:rsidRPr="004F557D">
      <w:rPr>
        <w:rFonts w:asciiTheme="majorHAnsi" w:hAnsiTheme="majorHAnsi" w:cstheme="majorHAnsi"/>
        <w:b/>
        <w:spacing w:val="-6"/>
        <w:sz w:val="12"/>
        <w:szCs w:val="20"/>
      </w:rPr>
      <w:t xml:space="preserve"> </w:t>
    </w:r>
    <w:r w:rsidRPr="004F557D">
      <w:rPr>
        <w:rFonts w:asciiTheme="majorHAnsi" w:hAnsiTheme="majorHAnsi" w:cstheme="majorHAnsi"/>
        <w:b/>
        <w:sz w:val="12"/>
        <w:szCs w:val="20"/>
      </w:rPr>
      <w:t>SIRET</w:t>
    </w:r>
    <w:r w:rsidRPr="004F557D">
      <w:rPr>
        <w:rFonts w:asciiTheme="majorHAnsi" w:hAnsiTheme="majorHAnsi" w:cstheme="majorHAnsi"/>
        <w:b/>
        <w:spacing w:val="-6"/>
        <w:sz w:val="12"/>
        <w:szCs w:val="20"/>
      </w:rPr>
      <w:t xml:space="preserve"> </w:t>
    </w:r>
    <w:r w:rsidRPr="004F557D">
      <w:rPr>
        <w:rFonts w:asciiTheme="majorHAnsi" w:hAnsiTheme="majorHAnsi" w:cstheme="majorHAnsi"/>
        <w:b/>
        <w:sz w:val="12"/>
        <w:szCs w:val="20"/>
      </w:rPr>
      <w:t>97799584400015</w:t>
    </w:r>
    <w:r w:rsidRPr="004F557D">
      <w:rPr>
        <w:rFonts w:asciiTheme="majorHAnsi" w:hAnsiTheme="majorHAnsi" w:cstheme="majorHAnsi"/>
        <w:b/>
        <w:spacing w:val="-5"/>
        <w:sz w:val="12"/>
        <w:szCs w:val="20"/>
      </w:rPr>
      <w:t xml:space="preserve"> </w:t>
    </w:r>
    <w:r w:rsidRPr="004F557D">
      <w:rPr>
        <w:rFonts w:asciiTheme="majorHAnsi" w:hAnsiTheme="majorHAnsi" w:cstheme="majorHAnsi"/>
        <w:b/>
        <w:sz w:val="12"/>
        <w:szCs w:val="20"/>
      </w:rPr>
      <w:t>-</w:t>
    </w:r>
    <w:r w:rsidRPr="004F557D">
      <w:rPr>
        <w:rFonts w:asciiTheme="majorHAnsi" w:hAnsiTheme="majorHAnsi" w:cstheme="majorHAnsi"/>
        <w:b/>
        <w:spacing w:val="-6"/>
        <w:sz w:val="12"/>
        <w:szCs w:val="20"/>
      </w:rPr>
      <w:t xml:space="preserve"> </w:t>
    </w:r>
    <w:r w:rsidRPr="004F557D">
      <w:rPr>
        <w:rFonts w:asciiTheme="majorHAnsi" w:hAnsiTheme="majorHAnsi" w:cstheme="majorHAnsi"/>
        <w:b/>
        <w:sz w:val="12"/>
        <w:szCs w:val="20"/>
      </w:rPr>
      <w:t>“</w:t>
    </w:r>
    <w:proofErr w:type="spellStart"/>
    <w:r w:rsidRPr="004F557D">
      <w:rPr>
        <w:rFonts w:asciiTheme="majorHAnsi" w:hAnsiTheme="majorHAnsi" w:cstheme="majorHAnsi"/>
        <w:b/>
        <w:sz w:val="12"/>
        <w:szCs w:val="20"/>
      </w:rPr>
      <w:t>Déclaration</w:t>
    </w:r>
    <w:proofErr w:type="spellEnd"/>
    <w:r w:rsidRPr="004F557D">
      <w:rPr>
        <w:rFonts w:asciiTheme="majorHAnsi" w:hAnsiTheme="majorHAnsi" w:cstheme="majorHAnsi"/>
        <w:b/>
        <w:spacing w:val="-7"/>
        <w:sz w:val="12"/>
        <w:szCs w:val="20"/>
      </w:rPr>
      <w:t xml:space="preserve"> </w:t>
    </w:r>
    <w:proofErr w:type="spellStart"/>
    <w:r w:rsidRPr="004F557D">
      <w:rPr>
        <w:rFonts w:asciiTheme="majorHAnsi" w:hAnsiTheme="majorHAnsi" w:cstheme="majorHAnsi"/>
        <w:b/>
        <w:sz w:val="12"/>
        <w:szCs w:val="20"/>
      </w:rPr>
      <w:t>d’activité</w:t>
    </w:r>
    <w:proofErr w:type="spellEnd"/>
    <w:r w:rsidRPr="004F557D">
      <w:rPr>
        <w:rFonts w:asciiTheme="majorHAnsi" w:hAnsiTheme="majorHAnsi" w:cstheme="majorHAnsi"/>
        <w:b/>
        <w:spacing w:val="-6"/>
        <w:sz w:val="12"/>
        <w:szCs w:val="20"/>
      </w:rPr>
      <w:t xml:space="preserve"> </w:t>
    </w:r>
    <w:proofErr w:type="spellStart"/>
    <w:r w:rsidRPr="004F557D">
      <w:rPr>
        <w:rFonts w:asciiTheme="majorHAnsi" w:hAnsiTheme="majorHAnsi" w:cstheme="majorHAnsi"/>
        <w:b/>
        <w:sz w:val="12"/>
        <w:szCs w:val="20"/>
      </w:rPr>
      <w:t>enregistrée</w:t>
    </w:r>
    <w:proofErr w:type="spellEnd"/>
    <w:r w:rsidRPr="004F557D">
      <w:rPr>
        <w:rFonts w:asciiTheme="majorHAnsi" w:hAnsiTheme="majorHAnsi" w:cstheme="majorHAnsi"/>
        <w:b/>
        <w:spacing w:val="-5"/>
        <w:sz w:val="12"/>
        <w:szCs w:val="20"/>
      </w:rPr>
      <w:t xml:space="preserve"> </w:t>
    </w:r>
    <w:r w:rsidRPr="004F557D">
      <w:rPr>
        <w:rFonts w:asciiTheme="majorHAnsi" w:hAnsiTheme="majorHAnsi" w:cstheme="majorHAnsi"/>
        <w:b/>
        <w:sz w:val="12"/>
        <w:szCs w:val="20"/>
      </w:rPr>
      <w:t>sous</w:t>
    </w:r>
    <w:r w:rsidRPr="004F557D">
      <w:rPr>
        <w:rFonts w:asciiTheme="majorHAnsi" w:hAnsiTheme="majorHAnsi" w:cstheme="majorHAnsi"/>
        <w:b/>
        <w:spacing w:val="-7"/>
        <w:sz w:val="12"/>
        <w:szCs w:val="20"/>
      </w:rPr>
      <w:t xml:space="preserve"> </w:t>
    </w:r>
    <w:r w:rsidRPr="004F557D">
      <w:rPr>
        <w:rFonts w:asciiTheme="majorHAnsi" w:hAnsiTheme="majorHAnsi" w:cstheme="majorHAnsi"/>
        <w:b/>
        <w:spacing w:val="-5"/>
        <w:sz w:val="12"/>
        <w:szCs w:val="20"/>
      </w:rPr>
      <w:t>le</w:t>
    </w:r>
  </w:p>
  <w:p w14:paraId="5CF38756" w14:textId="2669D48E" w:rsidR="004F557D" w:rsidRPr="004F557D" w:rsidRDefault="004F557D" w:rsidP="004F557D">
    <w:pPr>
      <w:spacing w:before="2"/>
      <w:jc w:val="center"/>
      <w:rPr>
        <w:rFonts w:asciiTheme="majorHAnsi" w:hAnsiTheme="majorHAnsi" w:cstheme="majorHAnsi"/>
        <w:b/>
        <w:sz w:val="12"/>
        <w:szCs w:val="20"/>
      </w:rPr>
    </w:pPr>
    <w:proofErr w:type="spellStart"/>
    <w:r w:rsidRPr="004F557D">
      <w:rPr>
        <w:rFonts w:asciiTheme="majorHAnsi" w:hAnsiTheme="majorHAnsi" w:cstheme="majorHAnsi"/>
        <w:b/>
        <w:sz w:val="12"/>
        <w:szCs w:val="20"/>
      </w:rPr>
      <w:t>numéro</w:t>
    </w:r>
    <w:proofErr w:type="spellEnd"/>
    <w:r w:rsidRPr="004F557D">
      <w:rPr>
        <w:rFonts w:asciiTheme="majorHAnsi" w:hAnsiTheme="majorHAnsi" w:cstheme="majorHAnsi"/>
        <w:b/>
        <w:spacing w:val="-7"/>
        <w:sz w:val="12"/>
        <w:szCs w:val="20"/>
      </w:rPr>
      <w:t xml:space="preserve"> </w:t>
    </w:r>
    <w:r w:rsidRPr="004F557D">
      <w:rPr>
        <w:rFonts w:asciiTheme="majorHAnsi" w:hAnsiTheme="majorHAnsi" w:cstheme="majorHAnsi"/>
        <w:b/>
        <w:sz w:val="12"/>
        <w:szCs w:val="20"/>
      </w:rPr>
      <w:t>75860214886</w:t>
    </w:r>
    <w:r w:rsidRPr="004F557D">
      <w:rPr>
        <w:rFonts w:asciiTheme="majorHAnsi" w:hAnsiTheme="majorHAnsi" w:cstheme="majorHAnsi"/>
        <w:b/>
        <w:spacing w:val="-8"/>
        <w:sz w:val="12"/>
        <w:szCs w:val="20"/>
      </w:rPr>
      <w:t xml:space="preserve"> </w:t>
    </w:r>
    <w:proofErr w:type="spellStart"/>
    <w:r w:rsidRPr="004F557D">
      <w:rPr>
        <w:rFonts w:asciiTheme="majorHAnsi" w:hAnsiTheme="majorHAnsi" w:cstheme="majorHAnsi"/>
        <w:b/>
        <w:sz w:val="12"/>
        <w:szCs w:val="20"/>
      </w:rPr>
      <w:t>auprès</w:t>
    </w:r>
    <w:proofErr w:type="spellEnd"/>
    <w:r w:rsidRPr="004F557D">
      <w:rPr>
        <w:rFonts w:asciiTheme="majorHAnsi" w:hAnsiTheme="majorHAnsi" w:cstheme="majorHAnsi"/>
        <w:b/>
        <w:spacing w:val="-8"/>
        <w:sz w:val="12"/>
        <w:szCs w:val="20"/>
      </w:rPr>
      <w:t xml:space="preserve"> </w:t>
    </w:r>
    <w:r w:rsidRPr="004F557D">
      <w:rPr>
        <w:rFonts w:asciiTheme="majorHAnsi" w:hAnsiTheme="majorHAnsi" w:cstheme="majorHAnsi"/>
        <w:b/>
        <w:sz w:val="12"/>
        <w:szCs w:val="20"/>
      </w:rPr>
      <w:t>du</w:t>
    </w:r>
    <w:r w:rsidRPr="004F557D">
      <w:rPr>
        <w:rFonts w:asciiTheme="majorHAnsi" w:hAnsiTheme="majorHAnsi" w:cstheme="majorHAnsi"/>
        <w:b/>
        <w:spacing w:val="-6"/>
        <w:sz w:val="12"/>
        <w:szCs w:val="20"/>
      </w:rPr>
      <w:t xml:space="preserve"> </w:t>
    </w:r>
    <w:proofErr w:type="spellStart"/>
    <w:r w:rsidRPr="004F557D">
      <w:rPr>
        <w:rFonts w:asciiTheme="majorHAnsi" w:hAnsiTheme="majorHAnsi" w:cstheme="majorHAnsi"/>
        <w:b/>
        <w:sz w:val="12"/>
        <w:szCs w:val="20"/>
      </w:rPr>
      <w:t>préfet</w:t>
    </w:r>
    <w:proofErr w:type="spellEnd"/>
    <w:r w:rsidRPr="004F557D">
      <w:rPr>
        <w:rFonts w:asciiTheme="majorHAnsi" w:hAnsiTheme="majorHAnsi" w:cstheme="majorHAnsi"/>
        <w:b/>
        <w:spacing w:val="-8"/>
        <w:sz w:val="12"/>
        <w:szCs w:val="20"/>
      </w:rPr>
      <w:t xml:space="preserve"> </w:t>
    </w:r>
    <w:r w:rsidRPr="004F557D">
      <w:rPr>
        <w:rFonts w:asciiTheme="majorHAnsi" w:hAnsiTheme="majorHAnsi" w:cstheme="majorHAnsi"/>
        <w:b/>
        <w:sz w:val="12"/>
        <w:szCs w:val="20"/>
      </w:rPr>
      <w:t>de</w:t>
    </w:r>
    <w:r w:rsidRPr="004F557D">
      <w:rPr>
        <w:rFonts w:asciiTheme="majorHAnsi" w:hAnsiTheme="majorHAnsi" w:cstheme="majorHAnsi"/>
        <w:b/>
        <w:spacing w:val="-6"/>
        <w:sz w:val="12"/>
        <w:szCs w:val="20"/>
      </w:rPr>
      <w:t xml:space="preserve"> </w:t>
    </w:r>
    <w:proofErr w:type="spellStart"/>
    <w:r w:rsidRPr="004F557D">
      <w:rPr>
        <w:rFonts w:asciiTheme="majorHAnsi" w:hAnsiTheme="majorHAnsi" w:cstheme="majorHAnsi"/>
        <w:b/>
        <w:sz w:val="12"/>
        <w:szCs w:val="20"/>
      </w:rPr>
      <w:t>région</w:t>
    </w:r>
    <w:proofErr w:type="spellEnd"/>
    <w:r w:rsidRPr="004F557D">
      <w:rPr>
        <w:rFonts w:asciiTheme="majorHAnsi" w:hAnsiTheme="majorHAnsi" w:cstheme="majorHAnsi"/>
        <w:b/>
        <w:spacing w:val="-7"/>
        <w:sz w:val="12"/>
        <w:szCs w:val="20"/>
      </w:rPr>
      <w:t xml:space="preserve"> </w:t>
    </w:r>
    <w:r w:rsidRPr="004F557D">
      <w:rPr>
        <w:rFonts w:asciiTheme="majorHAnsi" w:hAnsiTheme="majorHAnsi" w:cstheme="majorHAnsi"/>
        <w:b/>
        <w:sz w:val="12"/>
        <w:szCs w:val="20"/>
      </w:rPr>
      <w:t>Nouvelle-</w:t>
    </w:r>
    <w:r w:rsidRPr="004F557D">
      <w:rPr>
        <w:rFonts w:asciiTheme="majorHAnsi" w:hAnsiTheme="majorHAnsi" w:cstheme="majorHAnsi"/>
        <w:b/>
        <w:spacing w:val="-2"/>
        <w:sz w:val="12"/>
        <w:szCs w:val="20"/>
      </w:rPr>
      <w:t>Aquitaine”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77D3A0" w14:textId="77777777" w:rsidR="00246808" w:rsidRDefault="0024680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F99877" w14:textId="77777777" w:rsidR="00D44123" w:rsidRDefault="00D44123" w:rsidP="00D44123">
      <w:pPr>
        <w:spacing w:after="0" w:line="240" w:lineRule="auto"/>
      </w:pPr>
      <w:r>
        <w:separator/>
      </w:r>
    </w:p>
  </w:footnote>
  <w:footnote w:type="continuationSeparator" w:id="0">
    <w:p w14:paraId="14CDC539" w14:textId="77777777" w:rsidR="00D44123" w:rsidRDefault="00D44123" w:rsidP="00D441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7C91F" w14:textId="77777777" w:rsidR="00246808" w:rsidRDefault="00246808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B3A76E" w14:textId="39360386" w:rsidR="00D44123" w:rsidRPr="00D44123" w:rsidRDefault="00246808" w:rsidP="00246808">
    <w:pPr>
      <w:pStyle w:val="En-tte"/>
      <w:tabs>
        <w:tab w:val="clear" w:pos="9360"/>
        <w:tab w:val="right" w:pos="10632"/>
      </w:tabs>
      <w:jc w:val="center"/>
      <w:rPr>
        <w:b/>
        <w:bCs/>
        <w:i/>
        <w:iCs/>
        <w:sz w:val="14"/>
        <w:szCs w:val="14"/>
      </w:rPr>
    </w:pPr>
    <w:r w:rsidRPr="00470B08">
      <w:rPr>
        <w:rStyle w:val="TitreCar"/>
        <w:rFonts w:ascii="Intro Book Alt" w:eastAsiaTheme="minorEastAsia" w:hAnsi="Intro Book Alt" w:cs="Arial"/>
        <w:b/>
        <w:bCs/>
        <w:noProof/>
        <w:color w:val="auto"/>
        <w:spacing w:val="0"/>
        <w:kern w:val="0"/>
        <w:sz w:val="36"/>
        <w:szCs w:val="44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3CBE1E3" wp14:editId="7FA5A172">
              <wp:simplePos x="0" y="0"/>
              <wp:positionH relativeFrom="column">
                <wp:posOffset>5888355</wp:posOffset>
              </wp:positionH>
              <wp:positionV relativeFrom="paragraph">
                <wp:posOffset>-388620</wp:posOffset>
              </wp:positionV>
              <wp:extent cx="1377315" cy="255270"/>
              <wp:effectExtent l="0" t="0" r="0" b="0"/>
              <wp:wrapNone/>
              <wp:docPr id="6" name="Zone de text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77315" cy="25527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50ABB3E" w14:textId="6D7AA0C9" w:rsidR="00246808" w:rsidRPr="003644E0" w:rsidRDefault="00246808" w:rsidP="00246808">
                          <w:pPr>
                            <w:rPr>
                              <w:rFonts w:asciiTheme="majorHAnsi" w:hAnsiTheme="majorHAnsi"/>
                              <w:color w:val="808080" w:themeColor="background1" w:themeShade="80"/>
                              <w:sz w:val="14"/>
                            </w:rPr>
                          </w:pPr>
                          <w:r w:rsidRPr="003644E0">
                            <w:rPr>
                              <w:rFonts w:asciiTheme="majorHAnsi" w:hAnsiTheme="majorHAnsi"/>
                              <w:color w:val="808080" w:themeColor="background1" w:themeShade="80"/>
                              <w:sz w:val="14"/>
                            </w:rPr>
                            <w:t xml:space="preserve">Version du </w:t>
                          </w:r>
                          <w:sdt>
                            <w:sdtPr>
                              <w:rPr>
                                <w:rFonts w:asciiTheme="majorHAnsi" w:hAnsiTheme="majorHAnsi"/>
                                <w:color w:val="808080" w:themeColor="background1" w:themeShade="80"/>
                                <w:sz w:val="14"/>
                              </w:rPr>
                              <w:id w:val="541254228"/>
                              <w:placeholder>
                                <w:docPart w:val="F17D93CE787442F0B349ADF2AE9BF8B9"/>
                              </w:placeholder>
                              <w:date w:fullDate="2025-10-10T00:00:00Z">
                                <w:dateFormat w:val="dd/MM/yyyy"/>
                                <w:lid w:val="fr-FR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r>
                                <w:rPr>
                                  <w:rFonts w:asciiTheme="majorHAnsi" w:hAnsiTheme="majorHAnsi"/>
                                  <w:color w:val="808080" w:themeColor="background1" w:themeShade="80"/>
                                  <w:sz w:val="14"/>
                                  <w:lang w:val="fr-FR"/>
                                </w:rPr>
                                <w:t>10/10/2025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3CBE1E3" id="_x0000_t202" coordsize="21600,21600" o:spt="202" path="m,l,21600r21600,l21600,xe">
              <v:stroke joinstyle="miter"/>
              <v:path gradientshapeok="t" o:connecttype="rect"/>
            </v:shapetype>
            <v:shape id="Zone de texte 5" o:spid="_x0000_s1026" type="#_x0000_t202" style="position:absolute;left:0;text-align:left;margin-left:463.65pt;margin-top:-30.6pt;width:108.45pt;height:20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" fillcolor="white [3201]" stroked="f" strokeweight=".5pt">
              <v:textbox>
                <w:txbxContent>
                  <w:p w14:paraId="050ABB3E" w14:textId="6D7AA0C9" w:rsidR="00246808" w:rsidRPr="003644E0" w:rsidRDefault="00246808" w:rsidP="00246808">
                    <w:pPr>
                      <w:rPr>
                        <w:rFonts w:asciiTheme="majorHAnsi" w:hAnsiTheme="majorHAnsi"/>
                        <w:color w:val="808080" w:themeColor="background1" w:themeShade="80"/>
                        <w:sz w:val="14"/>
                      </w:rPr>
                    </w:pPr>
                    <w:r w:rsidRPr="003644E0">
                      <w:rPr>
                        <w:rFonts w:asciiTheme="majorHAnsi" w:hAnsiTheme="majorHAnsi"/>
                        <w:color w:val="808080" w:themeColor="background1" w:themeShade="80"/>
                        <w:sz w:val="14"/>
                      </w:rPr>
                      <w:t xml:space="preserve">Version du </w:t>
                    </w:r>
                    <w:sdt>
                      <w:sdtPr>
                        <w:rPr>
                          <w:rFonts w:asciiTheme="majorHAnsi" w:hAnsiTheme="majorHAnsi"/>
                          <w:color w:val="808080" w:themeColor="background1" w:themeShade="80"/>
                          <w:sz w:val="14"/>
                        </w:rPr>
                        <w:id w:val="541254228"/>
                        <w:placeholder>
                          <w:docPart w:val="F17D93CE787442F0B349ADF2AE9BF8B9"/>
                        </w:placeholder>
                        <w:date w:fullDate="2025-10-10T00:00:00Z">
                          <w:dateFormat w:val="dd/MM/yyyy"/>
                          <w:lid w:val="fr-FR"/>
                          <w:storeMappedDataAs w:val="dateTime"/>
                          <w:calendar w:val="gregorian"/>
                        </w:date>
                      </w:sdtPr>
                      <w:sdtEndPr/>
                      <w:sdtContent>
                        <w:r>
                          <w:rPr>
                            <w:rFonts w:asciiTheme="majorHAnsi" w:hAnsiTheme="majorHAnsi"/>
                            <w:color w:val="808080" w:themeColor="background1" w:themeShade="80"/>
                            <w:sz w:val="14"/>
                            <w:lang w:val="fr-FR"/>
                          </w:rPr>
                          <w:t>10/10/2025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  <w:r w:rsidR="00D44123" w:rsidRPr="00D44123">
      <w:rPr>
        <w:b/>
        <w:bCs/>
        <w:i/>
        <w:iCs/>
        <w:noProof/>
        <w:sz w:val="14"/>
        <w:szCs w:val="14"/>
      </w:rPr>
      <w:drawing>
        <wp:anchor distT="0" distB="0" distL="0" distR="0" simplePos="0" relativeHeight="251658240" behindDoc="1" locked="0" layoutInCell="1" allowOverlap="1" wp14:anchorId="1283B3C3" wp14:editId="55843804">
          <wp:simplePos x="0" y="0"/>
          <wp:positionH relativeFrom="page">
            <wp:posOffset>366395</wp:posOffset>
          </wp:positionH>
          <wp:positionV relativeFrom="page">
            <wp:posOffset>205740</wp:posOffset>
          </wp:positionV>
          <wp:extent cx="2057400" cy="457200"/>
          <wp:effectExtent l="0" t="0" r="0" b="0"/>
          <wp:wrapNone/>
          <wp:docPr id="11900049" name="Image 1190004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05740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F1E9CA" w14:textId="77777777" w:rsidR="00246808" w:rsidRDefault="00246808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BB379E5"/>
    <w:multiLevelType w:val="hybridMultilevel"/>
    <w:tmpl w:val="304A0F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1188922">
    <w:abstractNumId w:val="8"/>
  </w:num>
  <w:num w:numId="2" w16cid:durableId="953245827">
    <w:abstractNumId w:val="6"/>
  </w:num>
  <w:num w:numId="3" w16cid:durableId="1374697073">
    <w:abstractNumId w:val="5"/>
  </w:num>
  <w:num w:numId="4" w16cid:durableId="318001947">
    <w:abstractNumId w:val="4"/>
  </w:num>
  <w:num w:numId="5" w16cid:durableId="1539732180">
    <w:abstractNumId w:val="7"/>
  </w:num>
  <w:num w:numId="6" w16cid:durableId="677998613">
    <w:abstractNumId w:val="3"/>
  </w:num>
  <w:num w:numId="7" w16cid:durableId="2027172536">
    <w:abstractNumId w:val="2"/>
  </w:num>
  <w:num w:numId="8" w16cid:durableId="1412510738">
    <w:abstractNumId w:val="1"/>
  </w:num>
  <w:num w:numId="9" w16cid:durableId="818379106">
    <w:abstractNumId w:val="0"/>
  </w:num>
  <w:num w:numId="10" w16cid:durableId="12786096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75893"/>
    <w:rsid w:val="0015074B"/>
    <w:rsid w:val="00226A91"/>
    <w:rsid w:val="00246808"/>
    <w:rsid w:val="0029639D"/>
    <w:rsid w:val="00326F90"/>
    <w:rsid w:val="004F557D"/>
    <w:rsid w:val="005E653B"/>
    <w:rsid w:val="006122FC"/>
    <w:rsid w:val="006E3E73"/>
    <w:rsid w:val="007E642B"/>
    <w:rsid w:val="0083027A"/>
    <w:rsid w:val="00A76676"/>
    <w:rsid w:val="00AA1D8D"/>
    <w:rsid w:val="00B47730"/>
    <w:rsid w:val="00C90392"/>
    <w:rsid w:val="00CA5499"/>
    <w:rsid w:val="00CB0664"/>
    <w:rsid w:val="00D04B27"/>
    <w:rsid w:val="00D44123"/>
    <w:rsid w:val="00DC0CDA"/>
    <w:rsid w:val="00E01A54"/>
    <w:rsid w:val="00EA62CB"/>
    <w:rsid w:val="00FC693F"/>
    <w:rsid w:val="00FE0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55DC5102"/>
  <w14:defaultImageDpi w14:val="300"/>
  <w15:docId w15:val="{2DC510FB-85C6-45E3-BC68-5944681C3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Lienhypertexte">
    <w:name w:val="Hyperlink"/>
    <w:basedOn w:val="Policepardfaut"/>
    <w:uiPriority w:val="99"/>
    <w:unhideWhenUsed/>
    <w:rsid w:val="006122FC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122FC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5E653B"/>
    <w:pPr>
      <w:widowControl w:val="0"/>
      <w:autoSpaceDE w:val="0"/>
      <w:autoSpaceDN w:val="0"/>
      <w:spacing w:after="0" w:line="240" w:lineRule="auto"/>
    </w:pPr>
    <w:rPr>
      <w:rFonts w:eastAsiaTheme="minorHAnsi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5E653B"/>
    <w:pPr>
      <w:widowControl w:val="0"/>
      <w:autoSpaceDE w:val="0"/>
      <w:autoSpaceDN w:val="0"/>
      <w:spacing w:after="0" w:line="240" w:lineRule="auto"/>
      <w:ind w:left="107"/>
    </w:pPr>
    <w:rPr>
      <w:rFonts w:ascii="Arial" w:eastAsia="Arial" w:hAnsi="Arial" w:cs="Arial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519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0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ct.informetoi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17D93CE787442F0B349ADF2AE9BF8B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59B0F12-6792-4E48-BA06-02F3E0D9CB68}"/>
      </w:docPartPr>
      <w:docPartBody>
        <w:p w:rsidR="00EA6FFE" w:rsidRDefault="00EA6FFE" w:rsidP="00EA6FFE">
          <w:pPr>
            <w:pStyle w:val="F17D93CE787442F0B349ADF2AE9BF8B9"/>
          </w:pPr>
          <w:r w:rsidRPr="00F32609">
            <w:rPr>
              <w:rStyle w:val="Textedelespacerserv"/>
            </w:rPr>
            <w:t>Cliquez ou appuyez ici pour entrer une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tro Book Alt">
    <w:altName w:val="Calibri"/>
    <w:panose1 w:val="00000000000000000000"/>
    <w:charset w:val="00"/>
    <w:family w:val="modern"/>
    <w:notTrueType/>
    <w:pitch w:val="variable"/>
    <w:sig w:usb0="A00000AF" w:usb1="0000006A" w:usb2="00000000" w:usb3="00000000" w:csb0="0000009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FFE"/>
    <w:rsid w:val="00226A91"/>
    <w:rsid w:val="007E642B"/>
    <w:rsid w:val="00EA6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EA6FFE"/>
    <w:rPr>
      <w:color w:val="808080"/>
    </w:rPr>
  </w:style>
  <w:style w:type="paragraph" w:customStyle="1" w:styleId="F17D93CE787442F0B349ADF2AE9BF8B9">
    <w:name w:val="F17D93CE787442F0B349ADF2AE9BF8B9"/>
    <w:rsid w:val="00EA6FF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907</Words>
  <Characters>4992</Characters>
  <Application>Microsoft Office Word</Application>
  <DocSecurity>0</DocSecurity>
  <Lines>41</Lines>
  <Paragraphs>11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5888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GYMCHAFT RHAIMOURA</cp:lastModifiedBy>
  <cp:revision>6</cp:revision>
  <dcterms:created xsi:type="dcterms:W3CDTF">2025-10-20T03:19:00Z</dcterms:created>
  <dcterms:modified xsi:type="dcterms:W3CDTF">2026-02-21T06:41:00Z</dcterms:modified>
  <cp:category/>
</cp:coreProperties>
</file>